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2D00F" w14:textId="77777777" w:rsidR="00AC14F3" w:rsidRPr="0015797F" w:rsidRDefault="00000000">
      <w:pPr>
        <w:jc w:val="center"/>
        <w:rPr>
          <w:rFonts w:ascii="Verdana" w:hAnsi="Verdana"/>
          <w:lang w:val="de-CH"/>
        </w:rPr>
      </w:pPr>
      <w:r w:rsidRPr="0015797F">
        <w:rPr>
          <w:rFonts w:ascii="Verdana" w:hAnsi="Verdana"/>
          <w:b/>
          <w:sz w:val="44"/>
          <w:lang w:val="de-CH"/>
        </w:rPr>
        <w:t>ANMELDEFORMULAR</w:t>
      </w:r>
      <w:r w:rsidRPr="0015797F">
        <w:rPr>
          <w:rFonts w:ascii="Verdana" w:hAnsi="Verdana"/>
          <w:b/>
          <w:sz w:val="44"/>
          <w:lang w:val="de-CH"/>
        </w:rPr>
        <w:br/>
        <w:t>FALLANFRAGE</w:t>
      </w:r>
    </w:p>
    <w:p w14:paraId="5694B62D" w14:textId="77777777" w:rsidR="00AC14F3" w:rsidRPr="0015797F" w:rsidRDefault="00000000">
      <w:pPr>
        <w:jc w:val="center"/>
        <w:rPr>
          <w:rFonts w:ascii="Verdana" w:hAnsi="Verdana"/>
          <w:lang w:val="de-CH"/>
        </w:rPr>
      </w:pPr>
      <w:r w:rsidRPr="0015797F">
        <w:rPr>
          <w:rFonts w:ascii="Verdana" w:hAnsi="Verdana"/>
          <w:i/>
          <w:lang w:val="de-CH"/>
        </w:rPr>
        <w:t>Sozialpädagogische Familienbegleitung (SPF) / ambulante Angebote</w:t>
      </w:r>
    </w:p>
    <w:p w14:paraId="221DB750" w14:textId="77777777" w:rsidR="00AC14F3" w:rsidRPr="0015797F" w:rsidRDefault="00000000">
      <w:pPr>
        <w:jc w:val="center"/>
        <w:rPr>
          <w:rFonts w:ascii="Verdana" w:hAnsi="Verdana"/>
          <w:lang w:val="de-CH"/>
        </w:rPr>
      </w:pPr>
      <w:r w:rsidRPr="0015797F">
        <w:rPr>
          <w:rFonts w:ascii="Verdana" w:hAnsi="Verdana"/>
          <w:sz w:val="18"/>
          <w:lang w:val="de-CH"/>
        </w:rPr>
        <w:t>Bitte vollständig ausfüllen. Die Angaben dienen der fachlichen Einschätzung und Auftragsklärung.</w:t>
      </w:r>
    </w:p>
    <w:p w14:paraId="690E3F2B" w14:textId="77777777" w:rsidR="00AC14F3" w:rsidRPr="0015797F" w:rsidRDefault="00000000">
      <w:pPr>
        <w:spacing w:before="240" w:after="100"/>
        <w:rPr>
          <w:rFonts w:ascii="Verdana" w:hAnsi="Verdana"/>
        </w:rPr>
      </w:pPr>
      <w:r w:rsidRPr="0015797F">
        <w:rPr>
          <w:rFonts w:ascii="Verdana" w:hAnsi="Verdana"/>
          <w:b/>
          <w:sz w:val="28"/>
        </w:rPr>
        <w:t>1. Auftraggebende Stelle</w:t>
      </w:r>
    </w:p>
    <w:tbl>
      <w:tblPr>
        <w:tblW w:w="0" w:type="auto"/>
        <w:jc w:val="center"/>
        <w:shd w:val="clear" w:color="auto" w:fill="EAF1DD" w:themeFill="accent3" w:themeFillTint="33"/>
        <w:tblLayout w:type="fixed"/>
        <w:tblLook w:val="04A0" w:firstRow="1" w:lastRow="0" w:firstColumn="1" w:lastColumn="0" w:noHBand="0" w:noVBand="1"/>
      </w:tblPr>
      <w:tblGrid>
        <w:gridCol w:w="9358"/>
        <w:gridCol w:w="280"/>
      </w:tblGrid>
      <w:tr w:rsidR="00AC14F3" w:rsidRPr="00DE7495" w14:paraId="304FFA6C" w14:textId="77777777" w:rsidTr="0015797F">
        <w:trPr>
          <w:trHeight w:val="652"/>
          <w:jc w:val="center"/>
        </w:trPr>
        <w:tc>
          <w:tcPr>
            <w:tcW w:w="9358" w:type="dxa"/>
            <w:shd w:val="clear" w:color="auto" w:fill="EAF1DD" w:themeFill="accent3" w:themeFillTint="33"/>
            <w:vAlign w:val="center"/>
          </w:tcPr>
          <w:p w14:paraId="629A3CEB" w14:textId="77777777" w:rsidR="00AC14F3" w:rsidRPr="0015797F" w:rsidRDefault="00000000">
            <w:pPr>
              <w:rPr>
                <w:rFonts w:ascii="Verdana" w:hAnsi="Verdana"/>
                <w:lang w:val="de-CH"/>
              </w:rPr>
            </w:pPr>
            <w:r w:rsidRPr="0015797F">
              <w:rPr>
                <w:rFonts w:ascii="Verdana" w:hAnsi="Verdana"/>
                <w:b/>
                <w:sz w:val="18"/>
                <w:lang w:val="de-CH"/>
              </w:rPr>
              <w:t>Name der Institution und Adresse</w:t>
            </w:r>
          </w:p>
        </w:tc>
        <w:tc>
          <w:tcPr>
            <w:tcW w:w="280" w:type="dxa"/>
            <w:shd w:val="clear" w:color="auto" w:fill="EAF1DD" w:themeFill="accent3" w:themeFillTint="33"/>
            <w:vAlign w:val="center"/>
          </w:tcPr>
          <w:p w14:paraId="521FFD94" w14:textId="77777777" w:rsidR="00AC14F3" w:rsidRPr="0015797F" w:rsidRDefault="00000000">
            <w:pPr>
              <w:rPr>
                <w:rFonts w:ascii="Verdana" w:hAnsi="Verdana"/>
                <w:lang w:val="de-CH"/>
              </w:rPr>
            </w:pPr>
            <w:r w:rsidRPr="0015797F">
              <w:rPr>
                <w:rFonts w:ascii="Verdana" w:hAnsi="Verdana"/>
                <w:lang w:val="de-CH"/>
              </w:rPr>
              <w:br/>
            </w:r>
          </w:p>
        </w:tc>
      </w:tr>
      <w:tr w:rsidR="00AC14F3" w:rsidRPr="0015797F" w14:paraId="7F841130" w14:textId="77777777" w:rsidTr="0015797F">
        <w:trPr>
          <w:trHeight w:val="652"/>
          <w:jc w:val="center"/>
        </w:trPr>
        <w:tc>
          <w:tcPr>
            <w:tcW w:w="9358" w:type="dxa"/>
            <w:shd w:val="clear" w:color="auto" w:fill="EAF1DD" w:themeFill="accent3" w:themeFillTint="33"/>
            <w:vAlign w:val="center"/>
          </w:tcPr>
          <w:p w14:paraId="0746CB0B" w14:textId="77777777" w:rsidR="00AC14F3" w:rsidRPr="0015797F" w:rsidRDefault="00000000">
            <w:pPr>
              <w:rPr>
                <w:rFonts w:ascii="Verdana" w:hAnsi="Verdana"/>
              </w:rPr>
            </w:pPr>
            <w:r w:rsidRPr="0015797F">
              <w:rPr>
                <w:rFonts w:ascii="Verdana" w:hAnsi="Verdana"/>
                <w:b/>
                <w:sz w:val="18"/>
              </w:rPr>
              <w:t>Verantwortliche Person / Position</w:t>
            </w:r>
          </w:p>
        </w:tc>
        <w:tc>
          <w:tcPr>
            <w:tcW w:w="280" w:type="dxa"/>
            <w:shd w:val="clear" w:color="auto" w:fill="EAF1DD" w:themeFill="accent3" w:themeFillTint="33"/>
            <w:vAlign w:val="center"/>
          </w:tcPr>
          <w:p w14:paraId="41E81540" w14:textId="77777777" w:rsidR="00AC14F3" w:rsidRPr="0015797F" w:rsidRDefault="00000000">
            <w:pPr>
              <w:rPr>
                <w:rFonts w:ascii="Verdana" w:hAnsi="Verdana"/>
              </w:rPr>
            </w:pPr>
            <w:r w:rsidRPr="0015797F">
              <w:rPr>
                <w:rFonts w:ascii="Verdana" w:hAnsi="Verdana"/>
              </w:rPr>
              <w:br/>
            </w:r>
          </w:p>
        </w:tc>
      </w:tr>
      <w:tr w:rsidR="00AC14F3" w:rsidRPr="0015797F" w14:paraId="574A8B5B" w14:textId="77777777" w:rsidTr="0015797F">
        <w:trPr>
          <w:trHeight w:val="454"/>
          <w:jc w:val="center"/>
        </w:trPr>
        <w:tc>
          <w:tcPr>
            <w:tcW w:w="9358" w:type="dxa"/>
            <w:shd w:val="clear" w:color="auto" w:fill="EAF1DD" w:themeFill="accent3" w:themeFillTint="33"/>
            <w:vAlign w:val="center"/>
          </w:tcPr>
          <w:p w14:paraId="08944F95" w14:textId="77777777" w:rsidR="00AC14F3" w:rsidRPr="0015797F" w:rsidRDefault="00000000">
            <w:pPr>
              <w:rPr>
                <w:rFonts w:ascii="Verdana" w:hAnsi="Verdana"/>
              </w:rPr>
            </w:pPr>
            <w:r w:rsidRPr="0015797F">
              <w:rPr>
                <w:rFonts w:ascii="Verdana" w:hAnsi="Verdana"/>
                <w:b/>
                <w:sz w:val="18"/>
              </w:rPr>
              <w:t>Telefonnummer</w:t>
            </w:r>
          </w:p>
        </w:tc>
        <w:tc>
          <w:tcPr>
            <w:tcW w:w="280" w:type="dxa"/>
            <w:shd w:val="clear" w:color="auto" w:fill="EAF1DD" w:themeFill="accent3" w:themeFillTint="33"/>
            <w:vAlign w:val="center"/>
          </w:tcPr>
          <w:p w14:paraId="3CBDC565" w14:textId="77777777" w:rsidR="00AC14F3" w:rsidRPr="0015797F" w:rsidRDefault="00AC14F3">
            <w:pPr>
              <w:rPr>
                <w:rFonts w:ascii="Verdana" w:hAnsi="Verdana"/>
              </w:rPr>
            </w:pPr>
          </w:p>
        </w:tc>
      </w:tr>
      <w:tr w:rsidR="00AC14F3" w:rsidRPr="0015797F" w14:paraId="70A72960" w14:textId="77777777" w:rsidTr="0015797F">
        <w:trPr>
          <w:trHeight w:val="454"/>
          <w:jc w:val="center"/>
        </w:trPr>
        <w:tc>
          <w:tcPr>
            <w:tcW w:w="9358" w:type="dxa"/>
            <w:shd w:val="clear" w:color="auto" w:fill="EAF1DD" w:themeFill="accent3" w:themeFillTint="33"/>
            <w:vAlign w:val="center"/>
          </w:tcPr>
          <w:p w14:paraId="61D10FD4" w14:textId="77777777" w:rsidR="00AC14F3" w:rsidRPr="0015797F" w:rsidRDefault="00000000">
            <w:pPr>
              <w:rPr>
                <w:rFonts w:ascii="Verdana" w:hAnsi="Verdana"/>
              </w:rPr>
            </w:pPr>
            <w:r w:rsidRPr="0015797F">
              <w:rPr>
                <w:rFonts w:ascii="Verdana" w:hAnsi="Verdana"/>
                <w:b/>
                <w:sz w:val="18"/>
              </w:rPr>
              <w:t>E-Mail</w:t>
            </w:r>
          </w:p>
        </w:tc>
        <w:tc>
          <w:tcPr>
            <w:tcW w:w="280" w:type="dxa"/>
            <w:shd w:val="clear" w:color="auto" w:fill="EAF1DD" w:themeFill="accent3" w:themeFillTint="33"/>
            <w:vAlign w:val="center"/>
          </w:tcPr>
          <w:p w14:paraId="2C5915D4" w14:textId="77777777" w:rsidR="00AC14F3" w:rsidRPr="0015797F" w:rsidRDefault="00AC14F3">
            <w:pPr>
              <w:rPr>
                <w:rFonts w:ascii="Verdana" w:hAnsi="Verdana"/>
              </w:rPr>
            </w:pPr>
          </w:p>
        </w:tc>
      </w:tr>
    </w:tbl>
    <w:p w14:paraId="57EB2D07" w14:textId="77777777" w:rsidR="00AC14F3" w:rsidRPr="0015797F" w:rsidRDefault="00000000">
      <w:pPr>
        <w:spacing w:before="240" w:after="100"/>
        <w:rPr>
          <w:rFonts w:ascii="Verdana" w:hAnsi="Verdana"/>
        </w:rPr>
      </w:pPr>
      <w:r w:rsidRPr="0015797F">
        <w:rPr>
          <w:rFonts w:ascii="Verdana" w:hAnsi="Verdana"/>
          <w:b/>
          <w:sz w:val="28"/>
        </w:rPr>
        <w:t>2. Gewünschtes Setting</w:t>
      </w:r>
    </w:p>
    <w:tbl>
      <w:tblPr>
        <w:tblW w:w="0" w:type="auto"/>
        <w:jc w:val="center"/>
        <w:tblLayout w:type="fixed"/>
        <w:tblLook w:val="04A0" w:firstRow="1" w:lastRow="0" w:firstColumn="1" w:lastColumn="0" w:noHBand="0" w:noVBand="1"/>
      </w:tblPr>
      <w:tblGrid>
        <w:gridCol w:w="4819"/>
        <w:gridCol w:w="4819"/>
      </w:tblGrid>
      <w:tr w:rsidR="00AC14F3" w:rsidRPr="0015797F" w14:paraId="6C80FEB9" w14:textId="77777777">
        <w:trPr>
          <w:jc w:val="center"/>
        </w:trPr>
        <w:tc>
          <w:tcPr>
            <w:tcW w:w="4819" w:type="dxa"/>
            <w:vAlign w:val="center"/>
          </w:tcPr>
          <w:p w14:paraId="742B47C5" w14:textId="77777777" w:rsidR="00AC14F3" w:rsidRPr="0015797F" w:rsidRDefault="00000000">
            <w:pPr>
              <w:rPr>
                <w:rFonts w:ascii="Verdana" w:hAnsi="Verdana"/>
              </w:rPr>
            </w:pPr>
            <w:r w:rsidRPr="0015797F">
              <w:rPr>
                <w:rFonts w:ascii="Segoe UI Symbol" w:hAnsi="Segoe UI Symbol" w:cs="Segoe UI Symbol"/>
              </w:rPr>
              <w:t>☐</w:t>
            </w:r>
            <w:r w:rsidRPr="0015797F">
              <w:rPr>
                <w:rFonts w:ascii="Verdana" w:hAnsi="Verdana"/>
              </w:rPr>
              <w:t xml:space="preserve">  Familienbegleitung</w:t>
            </w:r>
          </w:p>
        </w:tc>
        <w:tc>
          <w:tcPr>
            <w:tcW w:w="4819" w:type="dxa"/>
            <w:vAlign w:val="center"/>
          </w:tcPr>
          <w:p w14:paraId="3B6D55CA" w14:textId="77777777" w:rsidR="00AC14F3" w:rsidRPr="0015797F" w:rsidRDefault="00000000">
            <w:pPr>
              <w:rPr>
                <w:rFonts w:ascii="Verdana" w:hAnsi="Verdana"/>
              </w:rPr>
            </w:pPr>
            <w:r w:rsidRPr="0015797F">
              <w:rPr>
                <w:rFonts w:ascii="Segoe UI Symbol" w:hAnsi="Segoe UI Symbol" w:cs="Segoe UI Symbol"/>
              </w:rPr>
              <w:t>☐</w:t>
            </w:r>
            <w:r w:rsidRPr="0015797F">
              <w:rPr>
                <w:rFonts w:ascii="Verdana" w:hAnsi="Verdana"/>
              </w:rPr>
              <w:t xml:space="preserve">  Besuchsrechtsbegleitung</w:t>
            </w:r>
          </w:p>
        </w:tc>
      </w:tr>
      <w:tr w:rsidR="00AC14F3" w:rsidRPr="0015797F" w14:paraId="55E94066" w14:textId="77777777">
        <w:trPr>
          <w:jc w:val="center"/>
        </w:trPr>
        <w:tc>
          <w:tcPr>
            <w:tcW w:w="4819" w:type="dxa"/>
            <w:vAlign w:val="center"/>
          </w:tcPr>
          <w:p w14:paraId="2BB8DEF8" w14:textId="77777777" w:rsidR="00AC14F3" w:rsidRPr="0015797F" w:rsidRDefault="00000000">
            <w:pPr>
              <w:rPr>
                <w:rFonts w:ascii="Verdana" w:hAnsi="Verdana"/>
              </w:rPr>
            </w:pPr>
            <w:r w:rsidRPr="0015797F">
              <w:rPr>
                <w:rFonts w:ascii="Segoe UI Symbol" w:hAnsi="Segoe UI Symbol" w:cs="Segoe UI Symbol"/>
              </w:rPr>
              <w:t>☐</w:t>
            </w:r>
            <w:r w:rsidRPr="0015797F">
              <w:rPr>
                <w:rFonts w:ascii="Verdana" w:hAnsi="Verdana"/>
              </w:rPr>
              <w:t xml:space="preserve">  Einzelcoaching Erwachsene</w:t>
            </w:r>
          </w:p>
        </w:tc>
        <w:tc>
          <w:tcPr>
            <w:tcW w:w="4819" w:type="dxa"/>
            <w:vAlign w:val="center"/>
          </w:tcPr>
          <w:p w14:paraId="6E4E88F6" w14:textId="77777777" w:rsidR="00AC14F3" w:rsidRPr="0015797F" w:rsidRDefault="00000000">
            <w:pPr>
              <w:rPr>
                <w:rFonts w:ascii="Verdana" w:hAnsi="Verdana"/>
              </w:rPr>
            </w:pPr>
            <w:r w:rsidRPr="0015797F">
              <w:rPr>
                <w:rFonts w:ascii="Segoe UI Symbol" w:hAnsi="Segoe UI Symbol" w:cs="Segoe UI Symbol"/>
              </w:rPr>
              <w:t>☐</w:t>
            </w:r>
            <w:r w:rsidRPr="0015797F">
              <w:rPr>
                <w:rFonts w:ascii="Verdana" w:hAnsi="Verdana"/>
              </w:rPr>
              <w:t xml:space="preserve">  Intensivabklärung</w:t>
            </w:r>
          </w:p>
        </w:tc>
      </w:tr>
      <w:tr w:rsidR="00AC14F3" w:rsidRPr="0015797F" w14:paraId="6A66DD64" w14:textId="77777777">
        <w:trPr>
          <w:jc w:val="center"/>
        </w:trPr>
        <w:tc>
          <w:tcPr>
            <w:tcW w:w="4819" w:type="dxa"/>
            <w:vAlign w:val="center"/>
          </w:tcPr>
          <w:p w14:paraId="70586CC8" w14:textId="77777777" w:rsidR="00AC14F3" w:rsidRPr="0015797F" w:rsidRDefault="00000000">
            <w:pPr>
              <w:rPr>
                <w:rFonts w:ascii="Verdana" w:hAnsi="Verdana"/>
              </w:rPr>
            </w:pPr>
            <w:r w:rsidRPr="0015797F">
              <w:rPr>
                <w:rFonts w:ascii="Segoe UI Symbol" w:hAnsi="Segoe UI Symbol" w:cs="Segoe UI Symbol"/>
              </w:rPr>
              <w:t>☐</w:t>
            </w:r>
            <w:r w:rsidRPr="0015797F">
              <w:rPr>
                <w:rFonts w:ascii="Verdana" w:hAnsi="Verdana"/>
              </w:rPr>
              <w:t xml:space="preserve">  Jugendcoaching</w:t>
            </w:r>
          </w:p>
        </w:tc>
        <w:tc>
          <w:tcPr>
            <w:tcW w:w="4819" w:type="dxa"/>
            <w:vAlign w:val="center"/>
          </w:tcPr>
          <w:p w14:paraId="0B522BCC" w14:textId="77777777" w:rsidR="00AC14F3" w:rsidRPr="0015797F" w:rsidRDefault="00000000">
            <w:pPr>
              <w:rPr>
                <w:rFonts w:ascii="Verdana" w:hAnsi="Verdana"/>
              </w:rPr>
            </w:pPr>
            <w:r w:rsidRPr="0015797F">
              <w:rPr>
                <w:rFonts w:ascii="Segoe UI Symbol" w:hAnsi="Segoe UI Symbol" w:cs="Segoe UI Symbol"/>
              </w:rPr>
              <w:t>☐</w:t>
            </w:r>
            <w:r w:rsidRPr="0015797F">
              <w:rPr>
                <w:rFonts w:ascii="Verdana" w:hAnsi="Verdana"/>
              </w:rPr>
              <w:t xml:space="preserve">  Anderes: ______________________________</w:t>
            </w:r>
          </w:p>
        </w:tc>
      </w:tr>
    </w:tbl>
    <w:p w14:paraId="07482C95" w14:textId="77777777" w:rsidR="00AC14F3" w:rsidRPr="0015797F" w:rsidRDefault="00000000">
      <w:pPr>
        <w:spacing w:before="240" w:after="100"/>
        <w:rPr>
          <w:rFonts w:ascii="Verdana" w:hAnsi="Verdana"/>
        </w:rPr>
      </w:pPr>
      <w:r w:rsidRPr="0015797F">
        <w:rPr>
          <w:rFonts w:ascii="Verdana" w:hAnsi="Verdana"/>
          <w:b/>
          <w:sz w:val="28"/>
        </w:rPr>
        <w:t>3. Rechnungsempfänger</w:t>
      </w:r>
    </w:p>
    <w:tbl>
      <w:tblPr>
        <w:tblW w:w="0" w:type="auto"/>
        <w:jc w:val="center"/>
        <w:shd w:val="clear" w:color="auto" w:fill="EAF1DD" w:themeFill="accent3" w:themeFillTint="33"/>
        <w:tblLayout w:type="fixed"/>
        <w:tblLook w:val="04A0" w:firstRow="1" w:lastRow="0" w:firstColumn="1" w:lastColumn="0" w:noHBand="0" w:noVBand="1"/>
      </w:tblPr>
      <w:tblGrid>
        <w:gridCol w:w="9358"/>
        <w:gridCol w:w="280"/>
      </w:tblGrid>
      <w:tr w:rsidR="00AC14F3" w:rsidRPr="0015797F" w14:paraId="55BC83BC" w14:textId="77777777" w:rsidTr="0015797F">
        <w:trPr>
          <w:trHeight w:val="652"/>
          <w:jc w:val="center"/>
        </w:trPr>
        <w:tc>
          <w:tcPr>
            <w:tcW w:w="9358" w:type="dxa"/>
            <w:shd w:val="clear" w:color="auto" w:fill="EAF1DD" w:themeFill="accent3" w:themeFillTint="33"/>
            <w:vAlign w:val="center"/>
          </w:tcPr>
          <w:p w14:paraId="76E30F24" w14:textId="77777777" w:rsidR="00AC14F3" w:rsidRPr="0015797F" w:rsidRDefault="00000000">
            <w:pPr>
              <w:rPr>
                <w:rFonts w:ascii="Verdana" w:hAnsi="Verdana"/>
              </w:rPr>
            </w:pPr>
            <w:r w:rsidRPr="0015797F">
              <w:rPr>
                <w:rFonts w:ascii="Verdana" w:hAnsi="Verdana"/>
                <w:b/>
                <w:sz w:val="18"/>
              </w:rPr>
              <w:t>Name der Institution</w:t>
            </w:r>
          </w:p>
        </w:tc>
        <w:tc>
          <w:tcPr>
            <w:tcW w:w="280" w:type="dxa"/>
            <w:shd w:val="clear" w:color="auto" w:fill="EAF1DD" w:themeFill="accent3" w:themeFillTint="33"/>
            <w:vAlign w:val="center"/>
          </w:tcPr>
          <w:p w14:paraId="7FC8CF10" w14:textId="77777777" w:rsidR="00AC14F3" w:rsidRPr="0015797F" w:rsidRDefault="00000000">
            <w:pPr>
              <w:rPr>
                <w:rFonts w:ascii="Verdana" w:hAnsi="Verdana"/>
              </w:rPr>
            </w:pPr>
            <w:r w:rsidRPr="0015797F">
              <w:rPr>
                <w:rFonts w:ascii="Verdana" w:hAnsi="Verdana"/>
              </w:rPr>
              <w:br/>
            </w:r>
          </w:p>
        </w:tc>
      </w:tr>
      <w:tr w:rsidR="00AC14F3" w:rsidRPr="0015797F" w14:paraId="6E50C8FB" w14:textId="77777777" w:rsidTr="0015797F">
        <w:trPr>
          <w:trHeight w:val="652"/>
          <w:jc w:val="center"/>
        </w:trPr>
        <w:tc>
          <w:tcPr>
            <w:tcW w:w="9358" w:type="dxa"/>
            <w:shd w:val="clear" w:color="auto" w:fill="EAF1DD" w:themeFill="accent3" w:themeFillTint="33"/>
            <w:vAlign w:val="center"/>
          </w:tcPr>
          <w:p w14:paraId="3C16A4EE" w14:textId="77777777" w:rsidR="00AC14F3" w:rsidRPr="0015797F" w:rsidRDefault="00000000">
            <w:pPr>
              <w:rPr>
                <w:rFonts w:ascii="Verdana" w:hAnsi="Verdana"/>
              </w:rPr>
            </w:pPr>
            <w:r w:rsidRPr="0015797F">
              <w:rPr>
                <w:rFonts w:ascii="Verdana" w:hAnsi="Verdana"/>
                <w:b/>
                <w:sz w:val="18"/>
              </w:rPr>
              <w:t>Adresse</w:t>
            </w:r>
          </w:p>
        </w:tc>
        <w:tc>
          <w:tcPr>
            <w:tcW w:w="280" w:type="dxa"/>
            <w:shd w:val="clear" w:color="auto" w:fill="EAF1DD" w:themeFill="accent3" w:themeFillTint="33"/>
            <w:vAlign w:val="center"/>
          </w:tcPr>
          <w:p w14:paraId="4BC20BF0" w14:textId="77777777" w:rsidR="00AC14F3" w:rsidRPr="0015797F" w:rsidRDefault="00000000">
            <w:pPr>
              <w:rPr>
                <w:rFonts w:ascii="Verdana" w:hAnsi="Verdana"/>
              </w:rPr>
            </w:pPr>
            <w:r w:rsidRPr="0015797F">
              <w:rPr>
                <w:rFonts w:ascii="Verdana" w:hAnsi="Verdana"/>
              </w:rPr>
              <w:br/>
            </w:r>
          </w:p>
        </w:tc>
      </w:tr>
      <w:tr w:rsidR="00AC14F3" w:rsidRPr="0015797F" w14:paraId="340650AE" w14:textId="77777777" w:rsidTr="0015797F">
        <w:trPr>
          <w:trHeight w:val="454"/>
          <w:jc w:val="center"/>
        </w:trPr>
        <w:tc>
          <w:tcPr>
            <w:tcW w:w="9358" w:type="dxa"/>
            <w:shd w:val="clear" w:color="auto" w:fill="EAF1DD" w:themeFill="accent3" w:themeFillTint="33"/>
            <w:vAlign w:val="center"/>
          </w:tcPr>
          <w:p w14:paraId="2C3B3A5F" w14:textId="77777777" w:rsidR="00AC14F3" w:rsidRPr="0015797F" w:rsidRDefault="00000000">
            <w:pPr>
              <w:rPr>
                <w:rFonts w:ascii="Verdana" w:hAnsi="Verdana"/>
              </w:rPr>
            </w:pPr>
            <w:r w:rsidRPr="0015797F">
              <w:rPr>
                <w:rFonts w:ascii="Verdana" w:hAnsi="Verdana"/>
                <w:b/>
                <w:sz w:val="18"/>
              </w:rPr>
              <w:t>Telefonnummer</w:t>
            </w:r>
          </w:p>
        </w:tc>
        <w:tc>
          <w:tcPr>
            <w:tcW w:w="280" w:type="dxa"/>
            <w:shd w:val="clear" w:color="auto" w:fill="EAF1DD" w:themeFill="accent3" w:themeFillTint="33"/>
            <w:vAlign w:val="center"/>
          </w:tcPr>
          <w:p w14:paraId="773B2BA5" w14:textId="77777777" w:rsidR="00AC14F3" w:rsidRPr="0015797F" w:rsidRDefault="00AC14F3">
            <w:pPr>
              <w:rPr>
                <w:rFonts w:ascii="Verdana" w:hAnsi="Verdana"/>
              </w:rPr>
            </w:pPr>
          </w:p>
        </w:tc>
      </w:tr>
      <w:tr w:rsidR="00AC14F3" w:rsidRPr="0015797F" w14:paraId="6D4E4E57" w14:textId="77777777" w:rsidTr="0015797F">
        <w:trPr>
          <w:trHeight w:val="454"/>
          <w:jc w:val="center"/>
        </w:trPr>
        <w:tc>
          <w:tcPr>
            <w:tcW w:w="9358" w:type="dxa"/>
            <w:shd w:val="clear" w:color="auto" w:fill="EAF1DD" w:themeFill="accent3" w:themeFillTint="33"/>
            <w:vAlign w:val="center"/>
          </w:tcPr>
          <w:p w14:paraId="7151E0E0" w14:textId="77777777" w:rsidR="00AC14F3" w:rsidRPr="0015797F" w:rsidRDefault="00000000">
            <w:pPr>
              <w:rPr>
                <w:rFonts w:ascii="Verdana" w:hAnsi="Verdana"/>
              </w:rPr>
            </w:pPr>
            <w:r w:rsidRPr="0015797F">
              <w:rPr>
                <w:rFonts w:ascii="Verdana" w:hAnsi="Verdana"/>
                <w:b/>
                <w:sz w:val="18"/>
              </w:rPr>
              <w:t>E-Mail</w:t>
            </w:r>
          </w:p>
        </w:tc>
        <w:tc>
          <w:tcPr>
            <w:tcW w:w="280" w:type="dxa"/>
            <w:shd w:val="clear" w:color="auto" w:fill="EAF1DD" w:themeFill="accent3" w:themeFillTint="33"/>
            <w:vAlign w:val="center"/>
          </w:tcPr>
          <w:p w14:paraId="6D2CDE05" w14:textId="77777777" w:rsidR="00AC14F3" w:rsidRPr="0015797F" w:rsidRDefault="00AC14F3">
            <w:pPr>
              <w:rPr>
                <w:rFonts w:ascii="Verdana" w:hAnsi="Verdana"/>
              </w:rPr>
            </w:pPr>
          </w:p>
        </w:tc>
      </w:tr>
    </w:tbl>
    <w:p w14:paraId="3DA996B0" w14:textId="77777777" w:rsidR="0015797F" w:rsidRPr="0015797F" w:rsidRDefault="0015797F">
      <w:pPr>
        <w:spacing w:before="240" w:after="100"/>
        <w:rPr>
          <w:rFonts w:ascii="Verdana" w:hAnsi="Verdana"/>
          <w:b/>
          <w:sz w:val="28"/>
        </w:rPr>
      </w:pPr>
    </w:p>
    <w:p w14:paraId="51DC4970" w14:textId="77777777" w:rsidR="0015797F" w:rsidRPr="0015797F" w:rsidRDefault="0015797F">
      <w:pPr>
        <w:spacing w:before="240" w:after="100"/>
        <w:rPr>
          <w:rFonts w:ascii="Verdana" w:hAnsi="Verdana"/>
          <w:b/>
          <w:sz w:val="28"/>
        </w:rPr>
      </w:pPr>
    </w:p>
    <w:p w14:paraId="3DC1EA10" w14:textId="77777777" w:rsidR="0015797F" w:rsidRPr="0015797F" w:rsidRDefault="0015797F">
      <w:pPr>
        <w:spacing w:before="240" w:after="100"/>
        <w:rPr>
          <w:rFonts w:ascii="Verdana" w:hAnsi="Verdana"/>
          <w:b/>
          <w:sz w:val="28"/>
        </w:rPr>
      </w:pPr>
    </w:p>
    <w:p w14:paraId="707110D0" w14:textId="77777777" w:rsidR="0015797F" w:rsidRPr="0015797F" w:rsidRDefault="0015797F">
      <w:pPr>
        <w:spacing w:before="240" w:after="100"/>
        <w:rPr>
          <w:rFonts w:ascii="Verdana" w:hAnsi="Verdana"/>
          <w:b/>
          <w:sz w:val="28"/>
        </w:rPr>
      </w:pPr>
    </w:p>
    <w:p w14:paraId="35BDF2F6" w14:textId="77777777" w:rsidR="0015797F" w:rsidRPr="0015797F" w:rsidRDefault="0015797F">
      <w:pPr>
        <w:spacing w:before="240" w:after="100"/>
        <w:rPr>
          <w:rFonts w:ascii="Verdana" w:hAnsi="Verdana"/>
          <w:b/>
          <w:sz w:val="28"/>
        </w:rPr>
      </w:pPr>
    </w:p>
    <w:p w14:paraId="7020486D" w14:textId="3C9EDE2B" w:rsidR="00AC14F3" w:rsidRPr="0015797F" w:rsidRDefault="00000000">
      <w:pPr>
        <w:spacing w:before="240" w:after="100"/>
        <w:rPr>
          <w:rFonts w:ascii="Verdana" w:hAnsi="Verdana"/>
        </w:rPr>
      </w:pPr>
      <w:r w:rsidRPr="0015797F">
        <w:rPr>
          <w:rFonts w:ascii="Verdana" w:hAnsi="Verdana"/>
          <w:b/>
          <w:sz w:val="28"/>
        </w:rPr>
        <w:t>4. Angaben zur Familie</w:t>
      </w:r>
    </w:p>
    <w:p w14:paraId="2187824C" w14:textId="77777777" w:rsidR="00AC14F3" w:rsidRPr="0015797F" w:rsidRDefault="00000000">
      <w:pPr>
        <w:spacing w:before="160"/>
        <w:rPr>
          <w:rFonts w:ascii="Verdana" w:hAnsi="Verdana"/>
        </w:rPr>
      </w:pPr>
      <w:r w:rsidRPr="0015797F">
        <w:rPr>
          <w:rFonts w:ascii="Verdana" w:hAnsi="Verdana"/>
          <w:b/>
          <w:sz w:val="22"/>
        </w:rPr>
        <w:t>Mutter</w:t>
      </w:r>
    </w:p>
    <w:tbl>
      <w:tblPr>
        <w:tblW w:w="0" w:type="auto"/>
        <w:jc w:val="center"/>
        <w:shd w:val="clear" w:color="auto" w:fill="DBE5F1" w:themeFill="accent1" w:themeFillTint="33"/>
        <w:tblLayout w:type="fixed"/>
        <w:tblLook w:val="04A0" w:firstRow="1" w:lastRow="0" w:firstColumn="1" w:lastColumn="0" w:noHBand="0" w:noVBand="1"/>
      </w:tblPr>
      <w:tblGrid>
        <w:gridCol w:w="9358"/>
        <w:gridCol w:w="280"/>
      </w:tblGrid>
      <w:tr w:rsidR="00AC14F3" w:rsidRPr="0015797F" w14:paraId="583B0EA9" w14:textId="77777777" w:rsidTr="0015797F">
        <w:trPr>
          <w:trHeight w:val="454"/>
          <w:jc w:val="center"/>
        </w:trPr>
        <w:tc>
          <w:tcPr>
            <w:tcW w:w="9358" w:type="dxa"/>
            <w:shd w:val="clear" w:color="auto" w:fill="DBE5F1" w:themeFill="accent1" w:themeFillTint="33"/>
            <w:vAlign w:val="center"/>
          </w:tcPr>
          <w:p w14:paraId="669E6B75" w14:textId="77777777" w:rsidR="00AC14F3" w:rsidRPr="0015797F" w:rsidRDefault="00000000">
            <w:pPr>
              <w:rPr>
                <w:rFonts w:ascii="Verdana" w:hAnsi="Verdana"/>
              </w:rPr>
            </w:pPr>
            <w:r w:rsidRPr="0015797F">
              <w:rPr>
                <w:rFonts w:ascii="Verdana" w:hAnsi="Verdana"/>
                <w:b/>
                <w:sz w:val="18"/>
              </w:rPr>
              <w:t>Name und Vorname</w:t>
            </w:r>
          </w:p>
        </w:tc>
        <w:tc>
          <w:tcPr>
            <w:tcW w:w="280" w:type="dxa"/>
            <w:shd w:val="clear" w:color="auto" w:fill="DBE5F1" w:themeFill="accent1" w:themeFillTint="33"/>
            <w:vAlign w:val="center"/>
          </w:tcPr>
          <w:p w14:paraId="668D5D24" w14:textId="77777777" w:rsidR="00AC14F3" w:rsidRPr="0015797F" w:rsidRDefault="00AC14F3">
            <w:pPr>
              <w:rPr>
                <w:rFonts w:ascii="Verdana" w:hAnsi="Verdana"/>
              </w:rPr>
            </w:pPr>
          </w:p>
        </w:tc>
      </w:tr>
      <w:tr w:rsidR="00AC14F3" w:rsidRPr="0015797F" w14:paraId="61092D83" w14:textId="77777777" w:rsidTr="0015797F">
        <w:trPr>
          <w:trHeight w:val="652"/>
          <w:jc w:val="center"/>
        </w:trPr>
        <w:tc>
          <w:tcPr>
            <w:tcW w:w="9358" w:type="dxa"/>
            <w:shd w:val="clear" w:color="auto" w:fill="DBE5F1" w:themeFill="accent1" w:themeFillTint="33"/>
            <w:vAlign w:val="center"/>
          </w:tcPr>
          <w:p w14:paraId="6CAE4867" w14:textId="77777777" w:rsidR="00AC14F3" w:rsidRPr="0015797F" w:rsidRDefault="00000000">
            <w:pPr>
              <w:rPr>
                <w:rFonts w:ascii="Verdana" w:hAnsi="Verdana"/>
              </w:rPr>
            </w:pPr>
            <w:r w:rsidRPr="0015797F">
              <w:rPr>
                <w:rFonts w:ascii="Verdana" w:hAnsi="Verdana"/>
                <w:b/>
                <w:sz w:val="18"/>
              </w:rPr>
              <w:t>Adresse</w:t>
            </w:r>
          </w:p>
        </w:tc>
        <w:tc>
          <w:tcPr>
            <w:tcW w:w="280" w:type="dxa"/>
            <w:shd w:val="clear" w:color="auto" w:fill="DBE5F1" w:themeFill="accent1" w:themeFillTint="33"/>
            <w:vAlign w:val="center"/>
          </w:tcPr>
          <w:p w14:paraId="751C7D8B" w14:textId="77777777" w:rsidR="00AC14F3" w:rsidRPr="0015797F" w:rsidRDefault="00000000">
            <w:pPr>
              <w:rPr>
                <w:rFonts w:ascii="Verdana" w:hAnsi="Verdana"/>
              </w:rPr>
            </w:pPr>
            <w:r w:rsidRPr="0015797F">
              <w:rPr>
                <w:rFonts w:ascii="Verdana" w:hAnsi="Verdana"/>
              </w:rPr>
              <w:br/>
            </w:r>
          </w:p>
        </w:tc>
      </w:tr>
      <w:tr w:rsidR="00AC14F3" w:rsidRPr="0015797F" w14:paraId="57FB0630" w14:textId="77777777" w:rsidTr="0015797F">
        <w:trPr>
          <w:trHeight w:val="454"/>
          <w:jc w:val="center"/>
        </w:trPr>
        <w:tc>
          <w:tcPr>
            <w:tcW w:w="9358" w:type="dxa"/>
            <w:shd w:val="clear" w:color="auto" w:fill="DBE5F1" w:themeFill="accent1" w:themeFillTint="33"/>
            <w:vAlign w:val="center"/>
          </w:tcPr>
          <w:p w14:paraId="3823E9B6" w14:textId="77777777" w:rsidR="00AC14F3" w:rsidRPr="0015797F" w:rsidRDefault="00000000">
            <w:pPr>
              <w:rPr>
                <w:rFonts w:ascii="Verdana" w:hAnsi="Verdana"/>
              </w:rPr>
            </w:pPr>
            <w:r w:rsidRPr="0015797F">
              <w:rPr>
                <w:rFonts w:ascii="Verdana" w:hAnsi="Verdana"/>
                <w:b/>
                <w:sz w:val="18"/>
              </w:rPr>
              <w:t>Telefonnummer</w:t>
            </w:r>
          </w:p>
        </w:tc>
        <w:tc>
          <w:tcPr>
            <w:tcW w:w="280" w:type="dxa"/>
            <w:shd w:val="clear" w:color="auto" w:fill="DBE5F1" w:themeFill="accent1" w:themeFillTint="33"/>
            <w:vAlign w:val="center"/>
          </w:tcPr>
          <w:p w14:paraId="54C9ACE7" w14:textId="77777777" w:rsidR="00AC14F3" w:rsidRPr="0015797F" w:rsidRDefault="00AC14F3">
            <w:pPr>
              <w:rPr>
                <w:rFonts w:ascii="Verdana" w:hAnsi="Verdana"/>
              </w:rPr>
            </w:pPr>
          </w:p>
        </w:tc>
      </w:tr>
      <w:tr w:rsidR="00AC14F3" w:rsidRPr="0015797F" w14:paraId="48BEA045" w14:textId="77777777" w:rsidTr="0015797F">
        <w:trPr>
          <w:trHeight w:val="454"/>
          <w:jc w:val="center"/>
        </w:trPr>
        <w:tc>
          <w:tcPr>
            <w:tcW w:w="9358" w:type="dxa"/>
            <w:shd w:val="clear" w:color="auto" w:fill="DBE5F1" w:themeFill="accent1" w:themeFillTint="33"/>
            <w:vAlign w:val="center"/>
          </w:tcPr>
          <w:p w14:paraId="54294B55" w14:textId="77777777" w:rsidR="00AC14F3" w:rsidRPr="0015797F" w:rsidRDefault="00000000">
            <w:pPr>
              <w:rPr>
                <w:rFonts w:ascii="Verdana" w:hAnsi="Verdana"/>
              </w:rPr>
            </w:pPr>
            <w:r w:rsidRPr="0015797F">
              <w:rPr>
                <w:rFonts w:ascii="Verdana" w:hAnsi="Verdana"/>
                <w:b/>
                <w:sz w:val="18"/>
              </w:rPr>
              <w:t>Sprachkenntnisse</w:t>
            </w:r>
          </w:p>
        </w:tc>
        <w:tc>
          <w:tcPr>
            <w:tcW w:w="280" w:type="dxa"/>
            <w:shd w:val="clear" w:color="auto" w:fill="DBE5F1" w:themeFill="accent1" w:themeFillTint="33"/>
            <w:vAlign w:val="center"/>
          </w:tcPr>
          <w:p w14:paraId="4F3BEB4C" w14:textId="77777777" w:rsidR="00AC14F3" w:rsidRPr="0015797F" w:rsidRDefault="00AC14F3">
            <w:pPr>
              <w:rPr>
                <w:rFonts w:ascii="Verdana" w:hAnsi="Verdana"/>
              </w:rPr>
            </w:pPr>
          </w:p>
        </w:tc>
      </w:tr>
    </w:tbl>
    <w:p w14:paraId="541752DA" w14:textId="77777777" w:rsidR="00AC14F3" w:rsidRPr="0015797F" w:rsidRDefault="00000000">
      <w:pPr>
        <w:spacing w:before="160"/>
        <w:rPr>
          <w:rFonts w:ascii="Verdana" w:hAnsi="Verdana"/>
        </w:rPr>
      </w:pPr>
      <w:r w:rsidRPr="0015797F">
        <w:rPr>
          <w:rFonts w:ascii="Verdana" w:hAnsi="Verdana"/>
          <w:b/>
          <w:sz w:val="22"/>
        </w:rPr>
        <w:t>Vater</w:t>
      </w:r>
    </w:p>
    <w:tbl>
      <w:tblPr>
        <w:tblW w:w="0" w:type="auto"/>
        <w:jc w:val="center"/>
        <w:shd w:val="clear" w:color="auto" w:fill="DBE5F1" w:themeFill="accent1" w:themeFillTint="33"/>
        <w:tblLayout w:type="fixed"/>
        <w:tblLook w:val="04A0" w:firstRow="1" w:lastRow="0" w:firstColumn="1" w:lastColumn="0" w:noHBand="0" w:noVBand="1"/>
      </w:tblPr>
      <w:tblGrid>
        <w:gridCol w:w="9358"/>
        <w:gridCol w:w="280"/>
      </w:tblGrid>
      <w:tr w:rsidR="00AC14F3" w:rsidRPr="0015797F" w14:paraId="16CF3568" w14:textId="77777777" w:rsidTr="0015797F">
        <w:trPr>
          <w:trHeight w:val="454"/>
          <w:jc w:val="center"/>
        </w:trPr>
        <w:tc>
          <w:tcPr>
            <w:tcW w:w="9358" w:type="dxa"/>
            <w:shd w:val="clear" w:color="auto" w:fill="DBE5F1" w:themeFill="accent1" w:themeFillTint="33"/>
            <w:vAlign w:val="center"/>
          </w:tcPr>
          <w:p w14:paraId="1DD26298" w14:textId="77777777" w:rsidR="00AC14F3" w:rsidRPr="0015797F" w:rsidRDefault="00000000">
            <w:pPr>
              <w:rPr>
                <w:rFonts w:ascii="Verdana" w:hAnsi="Verdana"/>
              </w:rPr>
            </w:pPr>
            <w:r w:rsidRPr="0015797F">
              <w:rPr>
                <w:rFonts w:ascii="Verdana" w:hAnsi="Verdana"/>
                <w:b/>
                <w:sz w:val="18"/>
              </w:rPr>
              <w:t>Name und Vorname</w:t>
            </w:r>
          </w:p>
        </w:tc>
        <w:tc>
          <w:tcPr>
            <w:tcW w:w="280" w:type="dxa"/>
            <w:shd w:val="clear" w:color="auto" w:fill="DBE5F1" w:themeFill="accent1" w:themeFillTint="33"/>
            <w:vAlign w:val="center"/>
          </w:tcPr>
          <w:p w14:paraId="2B1D1C30" w14:textId="77777777" w:rsidR="00AC14F3" w:rsidRPr="0015797F" w:rsidRDefault="00AC14F3">
            <w:pPr>
              <w:rPr>
                <w:rFonts w:ascii="Verdana" w:hAnsi="Verdana"/>
              </w:rPr>
            </w:pPr>
          </w:p>
        </w:tc>
      </w:tr>
      <w:tr w:rsidR="00AC14F3" w:rsidRPr="0015797F" w14:paraId="3C79F2EB" w14:textId="77777777" w:rsidTr="0015797F">
        <w:trPr>
          <w:trHeight w:val="652"/>
          <w:jc w:val="center"/>
        </w:trPr>
        <w:tc>
          <w:tcPr>
            <w:tcW w:w="9358" w:type="dxa"/>
            <w:shd w:val="clear" w:color="auto" w:fill="DBE5F1" w:themeFill="accent1" w:themeFillTint="33"/>
            <w:vAlign w:val="center"/>
          </w:tcPr>
          <w:p w14:paraId="264093B3" w14:textId="77777777" w:rsidR="00AC14F3" w:rsidRPr="0015797F" w:rsidRDefault="00000000">
            <w:pPr>
              <w:rPr>
                <w:rFonts w:ascii="Verdana" w:hAnsi="Verdana"/>
              </w:rPr>
            </w:pPr>
            <w:r w:rsidRPr="0015797F">
              <w:rPr>
                <w:rFonts w:ascii="Verdana" w:hAnsi="Verdana"/>
                <w:b/>
                <w:sz w:val="18"/>
              </w:rPr>
              <w:t>Adresse</w:t>
            </w:r>
          </w:p>
        </w:tc>
        <w:tc>
          <w:tcPr>
            <w:tcW w:w="280" w:type="dxa"/>
            <w:shd w:val="clear" w:color="auto" w:fill="DBE5F1" w:themeFill="accent1" w:themeFillTint="33"/>
            <w:vAlign w:val="center"/>
          </w:tcPr>
          <w:p w14:paraId="166F075B" w14:textId="77777777" w:rsidR="00AC14F3" w:rsidRPr="0015797F" w:rsidRDefault="00000000">
            <w:pPr>
              <w:rPr>
                <w:rFonts w:ascii="Verdana" w:hAnsi="Verdana"/>
              </w:rPr>
            </w:pPr>
            <w:r w:rsidRPr="0015797F">
              <w:rPr>
                <w:rFonts w:ascii="Verdana" w:hAnsi="Verdana"/>
              </w:rPr>
              <w:br/>
            </w:r>
          </w:p>
        </w:tc>
      </w:tr>
      <w:tr w:rsidR="00AC14F3" w:rsidRPr="0015797F" w14:paraId="09D55A52" w14:textId="77777777" w:rsidTr="0015797F">
        <w:trPr>
          <w:trHeight w:val="454"/>
          <w:jc w:val="center"/>
        </w:trPr>
        <w:tc>
          <w:tcPr>
            <w:tcW w:w="9358" w:type="dxa"/>
            <w:shd w:val="clear" w:color="auto" w:fill="DBE5F1" w:themeFill="accent1" w:themeFillTint="33"/>
            <w:vAlign w:val="center"/>
          </w:tcPr>
          <w:p w14:paraId="2D68F870" w14:textId="77777777" w:rsidR="00AC14F3" w:rsidRPr="0015797F" w:rsidRDefault="00000000">
            <w:pPr>
              <w:rPr>
                <w:rFonts w:ascii="Verdana" w:hAnsi="Verdana"/>
              </w:rPr>
            </w:pPr>
            <w:r w:rsidRPr="0015797F">
              <w:rPr>
                <w:rFonts w:ascii="Verdana" w:hAnsi="Verdana"/>
                <w:b/>
                <w:sz w:val="18"/>
              </w:rPr>
              <w:t>Telefonnummer</w:t>
            </w:r>
          </w:p>
        </w:tc>
        <w:tc>
          <w:tcPr>
            <w:tcW w:w="280" w:type="dxa"/>
            <w:shd w:val="clear" w:color="auto" w:fill="DBE5F1" w:themeFill="accent1" w:themeFillTint="33"/>
            <w:vAlign w:val="center"/>
          </w:tcPr>
          <w:p w14:paraId="2F0FBD13" w14:textId="77777777" w:rsidR="00AC14F3" w:rsidRPr="0015797F" w:rsidRDefault="00AC14F3">
            <w:pPr>
              <w:rPr>
                <w:rFonts w:ascii="Verdana" w:hAnsi="Verdana"/>
              </w:rPr>
            </w:pPr>
          </w:p>
        </w:tc>
      </w:tr>
      <w:tr w:rsidR="00AC14F3" w:rsidRPr="0015797F" w14:paraId="7DF48274" w14:textId="77777777" w:rsidTr="0015797F">
        <w:trPr>
          <w:trHeight w:val="454"/>
          <w:jc w:val="center"/>
        </w:trPr>
        <w:tc>
          <w:tcPr>
            <w:tcW w:w="9358" w:type="dxa"/>
            <w:shd w:val="clear" w:color="auto" w:fill="DBE5F1" w:themeFill="accent1" w:themeFillTint="33"/>
            <w:vAlign w:val="center"/>
          </w:tcPr>
          <w:p w14:paraId="58F6BC27" w14:textId="77777777" w:rsidR="00AC14F3" w:rsidRPr="0015797F" w:rsidRDefault="00000000">
            <w:pPr>
              <w:rPr>
                <w:rFonts w:ascii="Verdana" w:hAnsi="Verdana"/>
              </w:rPr>
            </w:pPr>
            <w:r w:rsidRPr="0015797F">
              <w:rPr>
                <w:rFonts w:ascii="Verdana" w:hAnsi="Verdana"/>
                <w:b/>
                <w:sz w:val="18"/>
              </w:rPr>
              <w:t>Sprachkenntnisse</w:t>
            </w:r>
          </w:p>
        </w:tc>
        <w:tc>
          <w:tcPr>
            <w:tcW w:w="280" w:type="dxa"/>
            <w:shd w:val="clear" w:color="auto" w:fill="DBE5F1" w:themeFill="accent1" w:themeFillTint="33"/>
            <w:vAlign w:val="center"/>
          </w:tcPr>
          <w:p w14:paraId="0C9CFF22" w14:textId="77777777" w:rsidR="00AC14F3" w:rsidRPr="0015797F" w:rsidRDefault="00AC14F3">
            <w:pPr>
              <w:rPr>
                <w:rFonts w:ascii="Verdana" w:hAnsi="Verdana"/>
              </w:rPr>
            </w:pPr>
          </w:p>
        </w:tc>
      </w:tr>
    </w:tbl>
    <w:p w14:paraId="283DAACE" w14:textId="77777777" w:rsidR="00AC14F3" w:rsidRPr="0015797F" w:rsidRDefault="00000000">
      <w:pPr>
        <w:spacing w:before="160"/>
        <w:rPr>
          <w:rFonts w:ascii="Verdana" w:hAnsi="Verdana"/>
        </w:rPr>
      </w:pPr>
      <w:r w:rsidRPr="0015797F">
        <w:rPr>
          <w:rFonts w:ascii="Verdana" w:hAnsi="Verdana"/>
          <w:b/>
          <w:sz w:val="22"/>
        </w:rPr>
        <w:t>Fokus-Kind</w:t>
      </w:r>
    </w:p>
    <w:tbl>
      <w:tblPr>
        <w:tblW w:w="0" w:type="auto"/>
        <w:jc w:val="center"/>
        <w:shd w:val="clear" w:color="auto" w:fill="DBE5F1" w:themeFill="accent1" w:themeFillTint="33"/>
        <w:tblLayout w:type="fixed"/>
        <w:tblLook w:val="04A0" w:firstRow="1" w:lastRow="0" w:firstColumn="1" w:lastColumn="0" w:noHBand="0" w:noVBand="1"/>
      </w:tblPr>
      <w:tblGrid>
        <w:gridCol w:w="9358"/>
        <w:gridCol w:w="280"/>
      </w:tblGrid>
      <w:tr w:rsidR="00AC14F3" w:rsidRPr="0015797F" w14:paraId="3A968074" w14:textId="77777777" w:rsidTr="0015797F">
        <w:trPr>
          <w:trHeight w:val="454"/>
          <w:jc w:val="center"/>
        </w:trPr>
        <w:tc>
          <w:tcPr>
            <w:tcW w:w="9358" w:type="dxa"/>
            <w:shd w:val="clear" w:color="auto" w:fill="DBE5F1" w:themeFill="accent1" w:themeFillTint="33"/>
            <w:vAlign w:val="center"/>
          </w:tcPr>
          <w:p w14:paraId="60CE74AE" w14:textId="77777777" w:rsidR="00AC14F3" w:rsidRPr="0015797F" w:rsidRDefault="00000000">
            <w:pPr>
              <w:rPr>
                <w:rFonts w:ascii="Verdana" w:hAnsi="Verdana"/>
              </w:rPr>
            </w:pPr>
            <w:r w:rsidRPr="0015797F">
              <w:rPr>
                <w:rFonts w:ascii="Verdana" w:hAnsi="Verdana"/>
                <w:b/>
                <w:sz w:val="18"/>
              </w:rPr>
              <w:t>Name und Vorname</w:t>
            </w:r>
          </w:p>
        </w:tc>
        <w:tc>
          <w:tcPr>
            <w:tcW w:w="280" w:type="dxa"/>
            <w:shd w:val="clear" w:color="auto" w:fill="DBE5F1" w:themeFill="accent1" w:themeFillTint="33"/>
            <w:vAlign w:val="center"/>
          </w:tcPr>
          <w:p w14:paraId="6B5F1ADD" w14:textId="77777777" w:rsidR="00AC14F3" w:rsidRPr="0015797F" w:rsidRDefault="00AC14F3">
            <w:pPr>
              <w:rPr>
                <w:rFonts w:ascii="Verdana" w:hAnsi="Verdana"/>
              </w:rPr>
            </w:pPr>
          </w:p>
        </w:tc>
      </w:tr>
      <w:tr w:rsidR="00AC14F3" w:rsidRPr="0015797F" w14:paraId="3B82148A" w14:textId="77777777" w:rsidTr="0015797F">
        <w:trPr>
          <w:trHeight w:val="652"/>
          <w:jc w:val="center"/>
        </w:trPr>
        <w:tc>
          <w:tcPr>
            <w:tcW w:w="9358" w:type="dxa"/>
            <w:shd w:val="clear" w:color="auto" w:fill="DBE5F1" w:themeFill="accent1" w:themeFillTint="33"/>
            <w:vAlign w:val="center"/>
          </w:tcPr>
          <w:p w14:paraId="3ACAB8D5" w14:textId="77777777" w:rsidR="00AC14F3" w:rsidRPr="0015797F" w:rsidRDefault="00000000">
            <w:pPr>
              <w:rPr>
                <w:rFonts w:ascii="Verdana" w:hAnsi="Verdana"/>
              </w:rPr>
            </w:pPr>
            <w:r w:rsidRPr="0015797F">
              <w:rPr>
                <w:rFonts w:ascii="Verdana" w:hAnsi="Verdana"/>
                <w:b/>
                <w:sz w:val="18"/>
              </w:rPr>
              <w:t>Adresse</w:t>
            </w:r>
          </w:p>
        </w:tc>
        <w:tc>
          <w:tcPr>
            <w:tcW w:w="280" w:type="dxa"/>
            <w:shd w:val="clear" w:color="auto" w:fill="DBE5F1" w:themeFill="accent1" w:themeFillTint="33"/>
            <w:vAlign w:val="center"/>
          </w:tcPr>
          <w:p w14:paraId="0E21A34A" w14:textId="77777777" w:rsidR="00AC14F3" w:rsidRPr="0015797F" w:rsidRDefault="00000000">
            <w:pPr>
              <w:rPr>
                <w:rFonts w:ascii="Verdana" w:hAnsi="Verdana"/>
              </w:rPr>
            </w:pPr>
            <w:r w:rsidRPr="0015797F">
              <w:rPr>
                <w:rFonts w:ascii="Verdana" w:hAnsi="Verdana"/>
              </w:rPr>
              <w:br/>
            </w:r>
          </w:p>
        </w:tc>
      </w:tr>
      <w:tr w:rsidR="00AC14F3" w:rsidRPr="0015797F" w14:paraId="4BEB564E" w14:textId="77777777" w:rsidTr="0015797F">
        <w:trPr>
          <w:trHeight w:val="454"/>
          <w:jc w:val="center"/>
        </w:trPr>
        <w:tc>
          <w:tcPr>
            <w:tcW w:w="9358" w:type="dxa"/>
            <w:shd w:val="clear" w:color="auto" w:fill="DBE5F1" w:themeFill="accent1" w:themeFillTint="33"/>
            <w:vAlign w:val="center"/>
          </w:tcPr>
          <w:p w14:paraId="085AD6FD" w14:textId="77777777" w:rsidR="00AC14F3" w:rsidRPr="0015797F" w:rsidRDefault="00000000">
            <w:pPr>
              <w:rPr>
                <w:rFonts w:ascii="Verdana" w:hAnsi="Verdana"/>
              </w:rPr>
            </w:pPr>
            <w:r w:rsidRPr="0015797F">
              <w:rPr>
                <w:rFonts w:ascii="Verdana" w:hAnsi="Verdana"/>
                <w:b/>
                <w:sz w:val="18"/>
              </w:rPr>
              <w:t>Geburtsdatum</w:t>
            </w:r>
          </w:p>
        </w:tc>
        <w:tc>
          <w:tcPr>
            <w:tcW w:w="280" w:type="dxa"/>
            <w:shd w:val="clear" w:color="auto" w:fill="DBE5F1" w:themeFill="accent1" w:themeFillTint="33"/>
            <w:vAlign w:val="center"/>
          </w:tcPr>
          <w:p w14:paraId="1FF66E1F" w14:textId="77777777" w:rsidR="00AC14F3" w:rsidRPr="0015797F" w:rsidRDefault="00AC14F3">
            <w:pPr>
              <w:rPr>
                <w:rFonts w:ascii="Verdana" w:hAnsi="Verdana"/>
              </w:rPr>
            </w:pPr>
          </w:p>
        </w:tc>
      </w:tr>
      <w:tr w:rsidR="00AC14F3" w:rsidRPr="0015797F" w14:paraId="362C11C6" w14:textId="77777777" w:rsidTr="0015797F">
        <w:trPr>
          <w:trHeight w:val="454"/>
          <w:jc w:val="center"/>
        </w:trPr>
        <w:tc>
          <w:tcPr>
            <w:tcW w:w="9358" w:type="dxa"/>
            <w:shd w:val="clear" w:color="auto" w:fill="DBE5F1" w:themeFill="accent1" w:themeFillTint="33"/>
            <w:vAlign w:val="center"/>
          </w:tcPr>
          <w:p w14:paraId="1E5ACD46" w14:textId="77777777" w:rsidR="00AC14F3" w:rsidRPr="0015797F" w:rsidRDefault="00000000">
            <w:pPr>
              <w:rPr>
                <w:rFonts w:ascii="Verdana" w:hAnsi="Verdana"/>
              </w:rPr>
            </w:pPr>
            <w:r w:rsidRPr="0015797F">
              <w:rPr>
                <w:rFonts w:ascii="Verdana" w:hAnsi="Verdana"/>
                <w:b/>
                <w:sz w:val="18"/>
              </w:rPr>
              <w:t>Telefonnummer</w:t>
            </w:r>
          </w:p>
        </w:tc>
        <w:tc>
          <w:tcPr>
            <w:tcW w:w="280" w:type="dxa"/>
            <w:shd w:val="clear" w:color="auto" w:fill="DBE5F1" w:themeFill="accent1" w:themeFillTint="33"/>
            <w:vAlign w:val="center"/>
          </w:tcPr>
          <w:p w14:paraId="1C81AF3A" w14:textId="77777777" w:rsidR="00AC14F3" w:rsidRPr="0015797F" w:rsidRDefault="00AC14F3">
            <w:pPr>
              <w:rPr>
                <w:rFonts w:ascii="Verdana" w:hAnsi="Verdana"/>
              </w:rPr>
            </w:pPr>
          </w:p>
        </w:tc>
      </w:tr>
    </w:tbl>
    <w:p w14:paraId="53B29A44" w14:textId="77777777" w:rsidR="00AC14F3" w:rsidRPr="0015797F" w:rsidRDefault="00000000">
      <w:pPr>
        <w:spacing w:before="160"/>
        <w:rPr>
          <w:rFonts w:ascii="Verdana" w:hAnsi="Verdana"/>
        </w:rPr>
      </w:pPr>
      <w:r w:rsidRPr="0015797F">
        <w:rPr>
          <w:rFonts w:ascii="Verdana" w:hAnsi="Verdana"/>
          <w:b/>
          <w:sz w:val="22"/>
        </w:rPr>
        <w:t>Geschwister 1</w:t>
      </w:r>
    </w:p>
    <w:tbl>
      <w:tblPr>
        <w:tblW w:w="0" w:type="auto"/>
        <w:jc w:val="center"/>
        <w:shd w:val="clear" w:color="auto" w:fill="DBE5F1" w:themeFill="accent1" w:themeFillTint="33"/>
        <w:tblLayout w:type="fixed"/>
        <w:tblLook w:val="04A0" w:firstRow="1" w:lastRow="0" w:firstColumn="1" w:lastColumn="0" w:noHBand="0" w:noVBand="1"/>
      </w:tblPr>
      <w:tblGrid>
        <w:gridCol w:w="9358"/>
        <w:gridCol w:w="280"/>
      </w:tblGrid>
      <w:tr w:rsidR="00AC14F3" w:rsidRPr="0015797F" w14:paraId="72392F24" w14:textId="77777777" w:rsidTr="0015797F">
        <w:trPr>
          <w:trHeight w:val="454"/>
          <w:jc w:val="center"/>
        </w:trPr>
        <w:tc>
          <w:tcPr>
            <w:tcW w:w="9358" w:type="dxa"/>
            <w:shd w:val="clear" w:color="auto" w:fill="DBE5F1" w:themeFill="accent1" w:themeFillTint="33"/>
            <w:vAlign w:val="center"/>
          </w:tcPr>
          <w:p w14:paraId="05D50B88" w14:textId="77777777" w:rsidR="00AC14F3" w:rsidRPr="0015797F" w:rsidRDefault="00000000">
            <w:pPr>
              <w:rPr>
                <w:rFonts w:ascii="Verdana" w:hAnsi="Verdana"/>
              </w:rPr>
            </w:pPr>
            <w:r w:rsidRPr="0015797F">
              <w:rPr>
                <w:rFonts w:ascii="Verdana" w:hAnsi="Verdana"/>
                <w:b/>
                <w:sz w:val="18"/>
              </w:rPr>
              <w:t>Name und Vorname</w:t>
            </w:r>
          </w:p>
        </w:tc>
        <w:tc>
          <w:tcPr>
            <w:tcW w:w="280" w:type="dxa"/>
            <w:shd w:val="clear" w:color="auto" w:fill="DBE5F1" w:themeFill="accent1" w:themeFillTint="33"/>
            <w:vAlign w:val="center"/>
          </w:tcPr>
          <w:p w14:paraId="5928184D" w14:textId="77777777" w:rsidR="00AC14F3" w:rsidRPr="0015797F" w:rsidRDefault="00AC14F3">
            <w:pPr>
              <w:rPr>
                <w:rFonts w:ascii="Verdana" w:hAnsi="Verdana"/>
              </w:rPr>
            </w:pPr>
          </w:p>
        </w:tc>
      </w:tr>
      <w:tr w:rsidR="00AC14F3" w:rsidRPr="0015797F" w14:paraId="2E5E1AFA" w14:textId="77777777" w:rsidTr="0015797F">
        <w:trPr>
          <w:trHeight w:val="652"/>
          <w:jc w:val="center"/>
        </w:trPr>
        <w:tc>
          <w:tcPr>
            <w:tcW w:w="9358" w:type="dxa"/>
            <w:shd w:val="clear" w:color="auto" w:fill="DBE5F1" w:themeFill="accent1" w:themeFillTint="33"/>
            <w:vAlign w:val="center"/>
          </w:tcPr>
          <w:p w14:paraId="16D26ADF" w14:textId="77777777" w:rsidR="00AC14F3" w:rsidRPr="0015797F" w:rsidRDefault="00000000">
            <w:pPr>
              <w:rPr>
                <w:rFonts w:ascii="Verdana" w:hAnsi="Verdana"/>
              </w:rPr>
            </w:pPr>
            <w:r w:rsidRPr="0015797F">
              <w:rPr>
                <w:rFonts w:ascii="Verdana" w:hAnsi="Verdana"/>
                <w:b/>
                <w:sz w:val="18"/>
              </w:rPr>
              <w:t>Adresse</w:t>
            </w:r>
          </w:p>
        </w:tc>
        <w:tc>
          <w:tcPr>
            <w:tcW w:w="280" w:type="dxa"/>
            <w:shd w:val="clear" w:color="auto" w:fill="DBE5F1" w:themeFill="accent1" w:themeFillTint="33"/>
            <w:vAlign w:val="center"/>
          </w:tcPr>
          <w:p w14:paraId="215AAAFB" w14:textId="77777777" w:rsidR="00AC14F3" w:rsidRPr="0015797F" w:rsidRDefault="00000000">
            <w:pPr>
              <w:rPr>
                <w:rFonts w:ascii="Verdana" w:hAnsi="Verdana"/>
              </w:rPr>
            </w:pPr>
            <w:r w:rsidRPr="0015797F">
              <w:rPr>
                <w:rFonts w:ascii="Verdana" w:hAnsi="Verdana"/>
              </w:rPr>
              <w:br/>
            </w:r>
          </w:p>
        </w:tc>
      </w:tr>
      <w:tr w:rsidR="00AC14F3" w:rsidRPr="0015797F" w14:paraId="77F96768" w14:textId="77777777" w:rsidTr="0015797F">
        <w:trPr>
          <w:trHeight w:val="454"/>
          <w:jc w:val="center"/>
        </w:trPr>
        <w:tc>
          <w:tcPr>
            <w:tcW w:w="9358" w:type="dxa"/>
            <w:shd w:val="clear" w:color="auto" w:fill="DBE5F1" w:themeFill="accent1" w:themeFillTint="33"/>
            <w:vAlign w:val="center"/>
          </w:tcPr>
          <w:p w14:paraId="6B3DC0B5" w14:textId="77777777" w:rsidR="00AC14F3" w:rsidRPr="0015797F" w:rsidRDefault="00000000">
            <w:pPr>
              <w:rPr>
                <w:rFonts w:ascii="Verdana" w:hAnsi="Verdana"/>
              </w:rPr>
            </w:pPr>
            <w:r w:rsidRPr="0015797F">
              <w:rPr>
                <w:rFonts w:ascii="Verdana" w:hAnsi="Verdana"/>
                <w:b/>
                <w:sz w:val="18"/>
              </w:rPr>
              <w:t>Geburtsdatum</w:t>
            </w:r>
          </w:p>
        </w:tc>
        <w:tc>
          <w:tcPr>
            <w:tcW w:w="280" w:type="dxa"/>
            <w:shd w:val="clear" w:color="auto" w:fill="DBE5F1" w:themeFill="accent1" w:themeFillTint="33"/>
            <w:vAlign w:val="center"/>
          </w:tcPr>
          <w:p w14:paraId="3B16E26E" w14:textId="77777777" w:rsidR="00AC14F3" w:rsidRPr="0015797F" w:rsidRDefault="00AC14F3">
            <w:pPr>
              <w:rPr>
                <w:rFonts w:ascii="Verdana" w:hAnsi="Verdana"/>
              </w:rPr>
            </w:pPr>
          </w:p>
        </w:tc>
      </w:tr>
      <w:tr w:rsidR="00AC14F3" w:rsidRPr="0015797F" w14:paraId="5DFE3BA2" w14:textId="77777777" w:rsidTr="0015797F">
        <w:trPr>
          <w:trHeight w:val="454"/>
          <w:jc w:val="center"/>
        </w:trPr>
        <w:tc>
          <w:tcPr>
            <w:tcW w:w="9358" w:type="dxa"/>
            <w:shd w:val="clear" w:color="auto" w:fill="DBE5F1" w:themeFill="accent1" w:themeFillTint="33"/>
            <w:vAlign w:val="center"/>
          </w:tcPr>
          <w:p w14:paraId="3600EBA1" w14:textId="77777777" w:rsidR="00AC14F3" w:rsidRPr="0015797F" w:rsidRDefault="00000000">
            <w:pPr>
              <w:rPr>
                <w:rFonts w:ascii="Verdana" w:hAnsi="Verdana"/>
              </w:rPr>
            </w:pPr>
            <w:r w:rsidRPr="0015797F">
              <w:rPr>
                <w:rFonts w:ascii="Verdana" w:hAnsi="Verdana"/>
                <w:b/>
                <w:sz w:val="18"/>
              </w:rPr>
              <w:t>Telefonnummer</w:t>
            </w:r>
          </w:p>
        </w:tc>
        <w:tc>
          <w:tcPr>
            <w:tcW w:w="280" w:type="dxa"/>
            <w:shd w:val="clear" w:color="auto" w:fill="DBE5F1" w:themeFill="accent1" w:themeFillTint="33"/>
            <w:vAlign w:val="center"/>
          </w:tcPr>
          <w:p w14:paraId="5C5C5A3A" w14:textId="77777777" w:rsidR="00AC14F3" w:rsidRPr="0015797F" w:rsidRDefault="00AC14F3">
            <w:pPr>
              <w:rPr>
                <w:rFonts w:ascii="Verdana" w:hAnsi="Verdana"/>
              </w:rPr>
            </w:pPr>
          </w:p>
        </w:tc>
      </w:tr>
    </w:tbl>
    <w:p w14:paraId="7D42AA83" w14:textId="77777777" w:rsidR="00AC14F3" w:rsidRPr="0015797F" w:rsidRDefault="00000000">
      <w:pPr>
        <w:spacing w:before="160"/>
        <w:rPr>
          <w:rFonts w:ascii="Verdana" w:hAnsi="Verdana"/>
        </w:rPr>
      </w:pPr>
      <w:r w:rsidRPr="0015797F">
        <w:rPr>
          <w:rFonts w:ascii="Verdana" w:hAnsi="Verdana"/>
          <w:b/>
          <w:sz w:val="22"/>
        </w:rPr>
        <w:t>Geschwister 2</w:t>
      </w:r>
    </w:p>
    <w:tbl>
      <w:tblPr>
        <w:tblW w:w="0" w:type="auto"/>
        <w:jc w:val="center"/>
        <w:shd w:val="clear" w:color="auto" w:fill="DBE5F1" w:themeFill="accent1" w:themeFillTint="33"/>
        <w:tblLayout w:type="fixed"/>
        <w:tblLook w:val="04A0" w:firstRow="1" w:lastRow="0" w:firstColumn="1" w:lastColumn="0" w:noHBand="0" w:noVBand="1"/>
      </w:tblPr>
      <w:tblGrid>
        <w:gridCol w:w="9358"/>
        <w:gridCol w:w="280"/>
      </w:tblGrid>
      <w:tr w:rsidR="00AC14F3" w:rsidRPr="0015797F" w14:paraId="20577AA7" w14:textId="77777777" w:rsidTr="0015797F">
        <w:trPr>
          <w:trHeight w:val="454"/>
          <w:jc w:val="center"/>
        </w:trPr>
        <w:tc>
          <w:tcPr>
            <w:tcW w:w="9358" w:type="dxa"/>
            <w:shd w:val="clear" w:color="auto" w:fill="DBE5F1" w:themeFill="accent1" w:themeFillTint="33"/>
            <w:vAlign w:val="center"/>
          </w:tcPr>
          <w:p w14:paraId="01945CAE" w14:textId="77777777" w:rsidR="00AC14F3" w:rsidRPr="0015797F" w:rsidRDefault="00000000">
            <w:pPr>
              <w:rPr>
                <w:rFonts w:ascii="Verdana" w:hAnsi="Verdana"/>
              </w:rPr>
            </w:pPr>
            <w:r w:rsidRPr="0015797F">
              <w:rPr>
                <w:rFonts w:ascii="Verdana" w:hAnsi="Verdana"/>
                <w:b/>
                <w:sz w:val="18"/>
              </w:rPr>
              <w:t>Name und Vorname</w:t>
            </w:r>
          </w:p>
        </w:tc>
        <w:tc>
          <w:tcPr>
            <w:tcW w:w="280" w:type="dxa"/>
            <w:shd w:val="clear" w:color="auto" w:fill="DBE5F1" w:themeFill="accent1" w:themeFillTint="33"/>
            <w:vAlign w:val="center"/>
          </w:tcPr>
          <w:p w14:paraId="33B420B4" w14:textId="77777777" w:rsidR="00AC14F3" w:rsidRPr="0015797F" w:rsidRDefault="00AC14F3">
            <w:pPr>
              <w:rPr>
                <w:rFonts w:ascii="Verdana" w:hAnsi="Verdana"/>
              </w:rPr>
            </w:pPr>
          </w:p>
        </w:tc>
      </w:tr>
      <w:tr w:rsidR="00AC14F3" w:rsidRPr="0015797F" w14:paraId="6D451601" w14:textId="77777777" w:rsidTr="0015797F">
        <w:trPr>
          <w:trHeight w:val="652"/>
          <w:jc w:val="center"/>
        </w:trPr>
        <w:tc>
          <w:tcPr>
            <w:tcW w:w="9358" w:type="dxa"/>
            <w:shd w:val="clear" w:color="auto" w:fill="DBE5F1" w:themeFill="accent1" w:themeFillTint="33"/>
            <w:vAlign w:val="center"/>
          </w:tcPr>
          <w:p w14:paraId="57090ECD" w14:textId="77777777" w:rsidR="00AC14F3" w:rsidRPr="0015797F" w:rsidRDefault="00000000">
            <w:pPr>
              <w:rPr>
                <w:rFonts w:ascii="Verdana" w:hAnsi="Verdana"/>
              </w:rPr>
            </w:pPr>
            <w:r w:rsidRPr="0015797F">
              <w:rPr>
                <w:rFonts w:ascii="Verdana" w:hAnsi="Verdana"/>
                <w:b/>
                <w:sz w:val="18"/>
              </w:rPr>
              <w:lastRenderedPageBreak/>
              <w:t>Adresse</w:t>
            </w:r>
          </w:p>
        </w:tc>
        <w:tc>
          <w:tcPr>
            <w:tcW w:w="280" w:type="dxa"/>
            <w:shd w:val="clear" w:color="auto" w:fill="DBE5F1" w:themeFill="accent1" w:themeFillTint="33"/>
            <w:vAlign w:val="center"/>
          </w:tcPr>
          <w:p w14:paraId="1189C486" w14:textId="77777777" w:rsidR="00AC14F3" w:rsidRPr="0015797F" w:rsidRDefault="00000000">
            <w:pPr>
              <w:rPr>
                <w:rFonts w:ascii="Verdana" w:hAnsi="Verdana"/>
              </w:rPr>
            </w:pPr>
            <w:r w:rsidRPr="0015797F">
              <w:rPr>
                <w:rFonts w:ascii="Verdana" w:hAnsi="Verdana"/>
              </w:rPr>
              <w:br/>
            </w:r>
          </w:p>
        </w:tc>
      </w:tr>
      <w:tr w:rsidR="00AC14F3" w:rsidRPr="0015797F" w14:paraId="04585E36" w14:textId="77777777" w:rsidTr="0015797F">
        <w:trPr>
          <w:trHeight w:val="454"/>
          <w:jc w:val="center"/>
        </w:trPr>
        <w:tc>
          <w:tcPr>
            <w:tcW w:w="9358" w:type="dxa"/>
            <w:shd w:val="clear" w:color="auto" w:fill="DBE5F1" w:themeFill="accent1" w:themeFillTint="33"/>
            <w:vAlign w:val="center"/>
          </w:tcPr>
          <w:p w14:paraId="0E6A0F97" w14:textId="77777777" w:rsidR="00AC14F3" w:rsidRPr="0015797F" w:rsidRDefault="00000000">
            <w:pPr>
              <w:rPr>
                <w:rFonts w:ascii="Verdana" w:hAnsi="Verdana"/>
              </w:rPr>
            </w:pPr>
            <w:r w:rsidRPr="0015797F">
              <w:rPr>
                <w:rFonts w:ascii="Verdana" w:hAnsi="Verdana"/>
                <w:b/>
                <w:sz w:val="18"/>
              </w:rPr>
              <w:t>Geburtsdatum</w:t>
            </w:r>
          </w:p>
        </w:tc>
        <w:tc>
          <w:tcPr>
            <w:tcW w:w="280" w:type="dxa"/>
            <w:shd w:val="clear" w:color="auto" w:fill="DBE5F1" w:themeFill="accent1" w:themeFillTint="33"/>
            <w:vAlign w:val="center"/>
          </w:tcPr>
          <w:p w14:paraId="15E4C4A3" w14:textId="77777777" w:rsidR="00AC14F3" w:rsidRPr="0015797F" w:rsidRDefault="00AC14F3">
            <w:pPr>
              <w:rPr>
                <w:rFonts w:ascii="Verdana" w:hAnsi="Verdana"/>
              </w:rPr>
            </w:pPr>
          </w:p>
        </w:tc>
      </w:tr>
      <w:tr w:rsidR="00AC14F3" w:rsidRPr="0015797F" w14:paraId="2ACFF4CF" w14:textId="77777777" w:rsidTr="0015797F">
        <w:trPr>
          <w:trHeight w:val="454"/>
          <w:jc w:val="center"/>
        </w:trPr>
        <w:tc>
          <w:tcPr>
            <w:tcW w:w="9358" w:type="dxa"/>
            <w:shd w:val="clear" w:color="auto" w:fill="DBE5F1" w:themeFill="accent1" w:themeFillTint="33"/>
            <w:vAlign w:val="center"/>
          </w:tcPr>
          <w:p w14:paraId="4D22EB8C" w14:textId="77777777" w:rsidR="00AC14F3" w:rsidRPr="0015797F" w:rsidRDefault="00000000">
            <w:pPr>
              <w:rPr>
                <w:rFonts w:ascii="Verdana" w:hAnsi="Verdana"/>
              </w:rPr>
            </w:pPr>
            <w:r w:rsidRPr="0015797F">
              <w:rPr>
                <w:rFonts w:ascii="Verdana" w:hAnsi="Verdana"/>
                <w:b/>
                <w:sz w:val="18"/>
              </w:rPr>
              <w:t>Telefonnummer</w:t>
            </w:r>
          </w:p>
        </w:tc>
        <w:tc>
          <w:tcPr>
            <w:tcW w:w="280" w:type="dxa"/>
            <w:shd w:val="clear" w:color="auto" w:fill="DBE5F1" w:themeFill="accent1" w:themeFillTint="33"/>
            <w:vAlign w:val="center"/>
          </w:tcPr>
          <w:p w14:paraId="4FB340F6" w14:textId="77777777" w:rsidR="00AC14F3" w:rsidRPr="0015797F" w:rsidRDefault="00AC14F3">
            <w:pPr>
              <w:rPr>
                <w:rFonts w:ascii="Verdana" w:hAnsi="Verdana"/>
              </w:rPr>
            </w:pPr>
          </w:p>
        </w:tc>
      </w:tr>
    </w:tbl>
    <w:p w14:paraId="6E50659F" w14:textId="77777777" w:rsidR="0015797F" w:rsidRPr="0015797F" w:rsidRDefault="0015797F">
      <w:pPr>
        <w:spacing w:before="240" w:after="100"/>
        <w:rPr>
          <w:rFonts w:ascii="Verdana" w:hAnsi="Verdana"/>
          <w:b/>
          <w:sz w:val="28"/>
          <w:lang w:val="de-CH"/>
        </w:rPr>
      </w:pPr>
    </w:p>
    <w:p w14:paraId="06EF8211" w14:textId="0EA86C53" w:rsidR="00AC14F3" w:rsidRPr="0015797F" w:rsidRDefault="00000000">
      <w:pPr>
        <w:spacing w:before="240" w:after="100"/>
        <w:rPr>
          <w:rFonts w:ascii="Verdana" w:hAnsi="Verdana"/>
          <w:lang w:val="de-CH"/>
        </w:rPr>
      </w:pPr>
      <w:r w:rsidRPr="0015797F">
        <w:rPr>
          <w:rFonts w:ascii="Verdana" w:hAnsi="Verdana"/>
          <w:b/>
          <w:sz w:val="28"/>
          <w:lang w:val="de-CH"/>
        </w:rPr>
        <w:t>5. Weitere involvierte Stellen oder Personen</w:t>
      </w:r>
    </w:p>
    <w:p w14:paraId="2D5D89FD" w14:textId="77777777" w:rsidR="00AC14F3" w:rsidRPr="0015797F" w:rsidRDefault="00000000">
      <w:pPr>
        <w:rPr>
          <w:rFonts w:ascii="Verdana" w:hAnsi="Verdana"/>
        </w:rPr>
      </w:pPr>
      <w:r w:rsidRPr="0015797F">
        <w:rPr>
          <w:rFonts w:ascii="Verdana" w:hAnsi="Verdana"/>
          <w:b/>
          <w:sz w:val="22"/>
        </w:rPr>
        <w:t>Involvierte Stelle / Person 1</w:t>
      </w:r>
    </w:p>
    <w:tbl>
      <w:tblPr>
        <w:tblW w:w="0" w:type="auto"/>
        <w:jc w:val="center"/>
        <w:tblLayout w:type="fixed"/>
        <w:tblLook w:val="04A0" w:firstRow="1" w:lastRow="0" w:firstColumn="1" w:lastColumn="0" w:noHBand="0" w:noVBand="1"/>
      </w:tblPr>
      <w:tblGrid>
        <w:gridCol w:w="9358"/>
        <w:gridCol w:w="280"/>
      </w:tblGrid>
      <w:tr w:rsidR="00AC14F3" w:rsidRPr="0015797F" w14:paraId="27AC6024" w14:textId="77777777" w:rsidTr="0015797F">
        <w:trPr>
          <w:trHeight w:val="454"/>
          <w:jc w:val="center"/>
        </w:trPr>
        <w:tc>
          <w:tcPr>
            <w:tcW w:w="9358" w:type="dxa"/>
            <w:shd w:val="clear" w:color="auto" w:fill="EDEFF2"/>
            <w:vAlign w:val="center"/>
          </w:tcPr>
          <w:p w14:paraId="78837125" w14:textId="77777777" w:rsidR="00AC14F3" w:rsidRPr="0015797F" w:rsidRDefault="00000000">
            <w:pPr>
              <w:rPr>
                <w:rFonts w:ascii="Verdana" w:hAnsi="Verdana"/>
              </w:rPr>
            </w:pPr>
            <w:r w:rsidRPr="0015797F">
              <w:rPr>
                <w:rFonts w:ascii="Verdana" w:hAnsi="Verdana"/>
                <w:b/>
                <w:sz w:val="18"/>
              </w:rPr>
              <w:t>Name und Position</w:t>
            </w:r>
          </w:p>
        </w:tc>
        <w:tc>
          <w:tcPr>
            <w:tcW w:w="280" w:type="dxa"/>
            <w:vAlign w:val="center"/>
          </w:tcPr>
          <w:p w14:paraId="65988828" w14:textId="77777777" w:rsidR="00AC14F3" w:rsidRPr="0015797F" w:rsidRDefault="00AC14F3">
            <w:pPr>
              <w:rPr>
                <w:rFonts w:ascii="Verdana" w:hAnsi="Verdana"/>
              </w:rPr>
            </w:pPr>
          </w:p>
        </w:tc>
      </w:tr>
      <w:tr w:rsidR="00AC14F3" w:rsidRPr="0015797F" w14:paraId="27868B6E" w14:textId="77777777" w:rsidTr="0015797F">
        <w:trPr>
          <w:trHeight w:val="652"/>
          <w:jc w:val="center"/>
        </w:trPr>
        <w:tc>
          <w:tcPr>
            <w:tcW w:w="9358" w:type="dxa"/>
            <w:shd w:val="clear" w:color="auto" w:fill="EDEFF2"/>
            <w:vAlign w:val="center"/>
          </w:tcPr>
          <w:p w14:paraId="1AF1175A" w14:textId="77777777" w:rsidR="00AC14F3" w:rsidRPr="0015797F" w:rsidRDefault="00000000">
            <w:pPr>
              <w:rPr>
                <w:rFonts w:ascii="Verdana" w:hAnsi="Verdana"/>
              </w:rPr>
            </w:pPr>
            <w:r w:rsidRPr="0015797F">
              <w:rPr>
                <w:rFonts w:ascii="Verdana" w:hAnsi="Verdana"/>
                <w:b/>
                <w:sz w:val="18"/>
              </w:rPr>
              <w:t>Adresse</w:t>
            </w:r>
          </w:p>
        </w:tc>
        <w:tc>
          <w:tcPr>
            <w:tcW w:w="280" w:type="dxa"/>
            <w:vAlign w:val="center"/>
          </w:tcPr>
          <w:p w14:paraId="2E199C1B" w14:textId="77777777" w:rsidR="00AC14F3" w:rsidRPr="0015797F" w:rsidRDefault="00000000">
            <w:pPr>
              <w:rPr>
                <w:rFonts w:ascii="Verdana" w:hAnsi="Verdana"/>
              </w:rPr>
            </w:pPr>
            <w:r w:rsidRPr="0015797F">
              <w:rPr>
                <w:rFonts w:ascii="Verdana" w:hAnsi="Verdana"/>
              </w:rPr>
              <w:br/>
            </w:r>
          </w:p>
        </w:tc>
      </w:tr>
      <w:tr w:rsidR="00AC14F3" w:rsidRPr="0015797F" w14:paraId="7FABC329" w14:textId="77777777" w:rsidTr="0015797F">
        <w:trPr>
          <w:trHeight w:val="454"/>
          <w:jc w:val="center"/>
        </w:trPr>
        <w:tc>
          <w:tcPr>
            <w:tcW w:w="9358" w:type="dxa"/>
            <w:shd w:val="clear" w:color="auto" w:fill="EDEFF2"/>
            <w:vAlign w:val="center"/>
          </w:tcPr>
          <w:p w14:paraId="6F9FC9B5" w14:textId="77777777" w:rsidR="00AC14F3" w:rsidRPr="0015797F" w:rsidRDefault="00000000">
            <w:pPr>
              <w:rPr>
                <w:rFonts w:ascii="Verdana" w:hAnsi="Verdana"/>
              </w:rPr>
            </w:pPr>
            <w:r w:rsidRPr="0015797F">
              <w:rPr>
                <w:rFonts w:ascii="Verdana" w:hAnsi="Verdana"/>
                <w:b/>
                <w:sz w:val="18"/>
              </w:rPr>
              <w:t>Telefonnummer</w:t>
            </w:r>
          </w:p>
        </w:tc>
        <w:tc>
          <w:tcPr>
            <w:tcW w:w="280" w:type="dxa"/>
            <w:vAlign w:val="center"/>
          </w:tcPr>
          <w:p w14:paraId="600A2148" w14:textId="77777777" w:rsidR="00AC14F3" w:rsidRPr="0015797F" w:rsidRDefault="00AC14F3">
            <w:pPr>
              <w:rPr>
                <w:rFonts w:ascii="Verdana" w:hAnsi="Verdana"/>
              </w:rPr>
            </w:pPr>
          </w:p>
        </w:tc>
      </w:tr>
      <w:tr w:rsidR="00AC14F3" w:rsidRPr="0015797F" w14:paraId="707034DB" w14:textId="77777777" w:rsidTr="0015797F">
        <w:trPr>
          <w:trHeight w:val="454"/>
          <w:jc w:val="center"/>
        </w:trPr>
        <w:tc>
          <w:tcPr>
            <w:tcW w:w="9358" w:type="dxa"/>
            <w:shd w:val="clear" w:color="auto" w:fill="EDEFF2"/>
            <w:vAlign w:val="center"/>
          </w:tcPr>
          <w:p w14:paraId="7B6AED55" w14:textId="77777777" w:rsidR="00AC14F3" w:rsidRPr="0015797F" w:rsidRDefault="00000000">
            <w:pPr>
              <w:rPr>
                <w:rFonts w:ascii="Verdana" w:hAnsi="Verdana"/>
              </w:rPr>
            </w:pPr>
            <w:r w:rsidRPr="0015797F">
              <w:rPr>
                <w:rFonts w:ascii="Verdana" w:hAnsi="Verdana"/>
                <w:b/>
                <w:sz w:val="18"/>
              </w:rPr>
              <w:t>E-Mail</w:t>
            </w:r>
          </w:p>
        </w:tc>
        <w:tc>
          <w:tcPr>
            <w:tcW w:w="280" w:type="dxa"/>
            <w:vAlign w:val="center"/>
          </w:tcPr>
          <w:p w14:paraId="501FD661" w14:textId="77777777" w:rsidR="00AC14F3" w:rsidRPr="0015797F" w:rsidRDefault="00AC14F3">
            <w:pPr>
              <w:rPr>
                <w:rFonts w:ascii="Verdana" w:hAnsi="Verdana"/>
              </w:rPr>
            </w:pPr>
          </w:p>
        </w:tc>
      </w:tr>
    </w:tbl>
    <w:p w14:paraId="0D292607" w14:textId="77777777" w:rsidR="0015797F" w:rsidRDefault="0015797F">
      <w:pPr>
        <w:rPr>
          <w:rFonts w:ascii="Verdana" w:hAnsi="Verdana"/>
          <w:b/>
          <w:sz w:val="22"/>
        </w:rPr>
      </w:pPr>
    </w:p>
    <w:p w14:paraId="1BA8ABCC" w14:textId="3B7B8850" w:rsidR="00AC14F3" w:rsidRPr="0015797F" w:rsidRDefault="00000000">
      <w:pPr>
        <w:rPr>
          <w:rFonts w:ascii="Verdana" w:hAnsi="Verdana"/>
        </w:rPr>
      </w:pPr>
      <w:r w:rsidRPr="0015797F">
        <w:rPr>
          <w:rFonts w:ascii="Verdana" w:hAnsi="Verdana"/>
          <w:b/>
          <w:sz w:val="22"/>
        </w:rPr>
        <w:t>Involvierte Stelle / Person 2</w:t>
      </w:r>
    </w:p>
    <w:tbl>
      <w:tblPr>
        <w:tblW w:w="0" w:type="auto"/>
        <w:jc w:val="center"/>
        <w:tblLayout w:type="fixed"/>
        <w:tblLook w:val="04A0" w:firstRow="1" w:lastRow="0" w:firstColumn="1" w:lastColumn="0" w:noHBand="0" w:noVBand="1"/>
      </w:tblPr>
      <w:tblGrid>
        <w:gridCol w:w="9358"/>
        <w:gridCol w:w="280"/>
      </w:tblGrid>
      <w:tr w:rsidR="00AC14F3" w:rsidRPr="0015797F" w14:paraId="48194939" w14:textId="77777777" w:rsidTr="0015797F">
        <w:trPr>
          <w:trHeight w:val="454"/>
          <w:jc w:val="center"/>
        </w:trPr>
        <w:tc>
          <w:tcPr>
            <w:tcW w:w="9358" w:type="dxa"/>
            <w:shd w:val="clear" w:color="auto" w:fill="EDEFF2"/>
            <w:vAlign w:val="center"/>
          </w:tcPr>
          <w:p w14:paraId="30D37CDD" w14:textId="77777777" w:rsidR="00AC14F3" w:rsidRPr="0015797F" w:rsidRDefault="00000000">
            <w:pPr>
              <w:rPr>
                <w:rFonts w:ascii="Verdana" w:hAnsi="Verdana"/>
              </w:rPr>
            </w:pPr>
            <w:r w:rsidRPr="0015797F">
              <w:rPr>
                <w:rFonts w:ascii="Verdana" w:hAnsi="Verdana"/>
                <w:b/>
                <w:sz w:val="18"/>
              </w:rPr>
              <w:t>Name und Position</w:t>
            </w:r>
          </w:p>
        </w:tc>
        <w:tc>
          <w:tcPr>
            <w:tcW w:w="280" w:type="dxa"/>
            <w:vAlign w:val="center"/>
          </w:tcPr>
          <w:p w14:paraId="3C69F643" w14:textId="77777777" w:rsidR="00AC14F3" w:rsidRPr="0015797F" w:rsidRDefault="00AC14F3">
            <w:pPr>
              <w:rPr>
                <w:rFonts w:ascii="Verdana" w:hAnsi="Verdana"/>
              </w:rPr>
            </w:pPr>
          </w:p>
        </w:tc>
      </w:tr>
      <w:tr w:rsidR="00AC14F3" w:rsidRPr="0015797F" w14:paraId="644EE98F" w14:textId="77777777" w:rsidTr="0015797F">
        <w:trPr>
          <w:trHeight w:val="652"/>
          <w:jc w:val="center"/>
        </w:trPr>
        <w:tc>
          <w:tcPr>
            <w:tcW w:w="9358" w:type="dxa"/>
            <w:shd w:val="clear" w:color="auto" w:fill="EDEFF2"/>
            <w:vAlign w:val="center"/>
          </w:tcPr>
          <w:p w14:paraId="0D1AE43B" w14:textId="77777777" w:rsidR="00AC14F3" w:rsidRPr="0015797F" w:rsidRDefault="00000000">
            <w:pPr>
              <w:rPr>
                <w:rFonts w:ascii="Verdana" w:hAnsi="Verdana"/>
              </w:rPr>
            </w:pPr>
            <w:r w:rsidRPr="0015797F">
              <w:rPr>
                <w:rFonts w:ascii="Verdana" w:hAnsi="Verdana"/>
                <w:b/>
                <w:sz w:val="18"/>
              </w:rPr>
              <w:t>Adresse</w:t>
            </w:r>
          </w:p>
        </w:tc>
        <w:tc>
          <w:tcPr>
            <w:tcW w:w="280" w:type="dxa"/>
            <w:vAlign w:val="center"/>
          </w:tcPr>
          <w:p w14:paraId="5BB25AB6" w14:textId="77777777" w:rsidR="00AC14F3" w:rsidRPr="0015797F" w:rsidRDefault="00000000">
            <w:pPr>
              <w:rPr>
                <w:rFonts w:ascii="Verdana" w:hAnsi="Verdana"/>
              </w:rPr>
            </w:pPr>
            <w:r w:rsidRPr="0015797F">
              <w:rPr>
                <w:rFonts w:ascii="Verdana" w:hAnsi="Verdana"/>
              </w:rPr>
              <w:br/>
            </w:r>
          </w:p>
        </w:tc>
      </w:tr>
      <w:tr w:rsidR="00AC14F3" w:rsidRPr="0015797F" w14:paraId="77946D41" w14:textId="77777777" w:rsidTr="0015797F">
        <w:trPr>
          <w:trHeight w:val="454"/>
          <w:jc w:val="center"/>
        </w:trPr>
        <w:tc>
          <w:tcPr>
            <w:tcW w:w="9358" w:type="dxa"/>
            <w:shd w:val="clear" w:color="auto" w:fill="EDEFF2"/>
            <w:vAlign w:val="center"/>
          </w:tcPr>
          <w:p w14:paraId="4262ECF0" w14:textId="77777777" w:rsidR="00AC14F3" w:rsidRPr="0015797F" w:rsidRDefault="00000000">
            <w:pPr>
              <w:rPr>
                <w:rFonts w:ascii="Verdana" w:hAnsi="Verdana"/>
              </w:rPr>
            </w:pPr>
            <w:r w:rsidRPr="0015797F">
              <w:rPr>
                <w:rFonts w:ascii="Verdana" w:hAnsi="Verdana"/>
                <w:b/>
                <w:sz w:val="18"/>
              </w:rPr>
              <w:t>Telefonnummer</w:t>
            </w:r>
          </w:p>
        </w:tc>
        <w:tc>
          <w:tcPr>
            <w:tcW w:w="280" w:type="dxa"/>
            <w:vAlign w:val="center"/>
          </w:tcPr>
          <w:p w14:paraId="682892CB" w14:textId="77777777" w:rsidR="00AC14F3" w:rsidRPr="0015797F" w:rsidRDefault="00AC14F3">
            <w:pPr>
              <w:rPr>
                <w:rFonts w:ascii="Verdana" w:hAnsi="Verdana"/>
              </w:rPr>
            </w:pPr>
          </w:p>
        </w:tc>
      </w:tr>
      <w:tr w:rsidR="00AC14F3" w:rsidRPr="0015797F" w14:paraId="44F3C991" w14:textId="77777777" w:rsidTr="0015797F">
        <w:trPr>
          <w:trHeight w:val="454"/>
          <w:jc w:val="center"/>
        </w:trPr>
        <w:tc>
          <w:tcPr>
            <w:tcW w:w="9358" w:type="dxa"/>
            <w:shd w:val="clear" w:color="auto" w:fill="EDEFF2"/>
            <w:vAlign w:val="center"/>
          </w:tcPr>
          <w:p w14:paraId="14304BF4" w14:textId="77777777" w:rsidR="00AC14F3" w:rsidRPr="0015797F" w:rsidRDefault="00000000">
            <w:pPr>
              <w:rPr>
                <w:rFonts w:ascii="Verdana" w:hAnsi="Verdana"/>
              </w:rPr>
            </w:pPr>
            <w:r w:rsidRPr="0015797F">
              <w:rPr>
                <w:rFonts w:ascii="Verdana" w:hAnsi="Verdana"/>
                <w:b/>
                <w:sz w:val="18"/>
              </w:rPr>
              <w:t>E-Mail</w:t>
            </w:r>
          </w:p>
        </w:tc>
        <w:tc>
          <w:tcPr>
            <w:tcW w:w="280" w:type="dxa"/>
            <w:vAlign w:val="center"/>
          </w:tcPr>
          <w:p w14:paraId="1BDE9481" w14:textId="77777777" w:rsidR="00AC14F3" w:rsidRPr="0015797F" w:rsidRDefault="00AC14F3">
            <w:pPr>
              <w:rPr>
                <w:rFonts w:ascii="Verdana" w:hAnsi="Verdana"/>
              </w:rPr>
            </w:pPr>
          </w:p>
        </w:tc>
      </w:tr>
    </w:tbl>
    <w:p w14:paraId="0CAF278C" w14:textId="77777777" w:rsidR="0015797F" w:rsidRDefault="0015797F">
      <w:pPr>
        <w:rPr>
          <w:rFonts w:ascii="Verdana" w:hAnsi="Verdana"/>
          <w:b/>
          <w:sz w:val="22"/>
        </w:rPr>
      </w:pPr>
    </w:p>
    <w:p w14:paraId="57889C10" w14:textId="7EA4A086" w:rsidR="00AC14F3" w:rsidRPr="0015797F" w:rsidRDefault="00000000">
      <w:pPr>
        <w:rPr>
          <w:rFonts w:ascii="Verdana" w:hAnsi="Verdana"/>
        </w:rPr>
      </w:pPr>
      <w:r w:rsidRPr="0015797F">
        <w:rPr>
          <w:rFonts w:ascii="Verdana" w:hAnsi="Verdana"/>
          <w:b/>
          <w:sz w:val="22"/>
        </w:rPr>
        <w:t>Involvierte Stelle / Person 3</w:t>
      </w:r>
    </w:p>
    <w:tbl>
      <w:tblPr>
        <w:tblW w:w="0" w:type="auto"/>
        <w:jc w:val="center"/>
        <w:tblLayout w:type="fixed"/>
        <w:tblLook w:val="04A0" w:firstRow="1" w:lastRow="0" w:firstColumn="1" w:lastColumn="0" w:noHBand="0" w:noVBand="1"/>
      </w:tblPr>
      <w:tblGrid>
        <w:gridCol w:w="9358"/>
        <w:gridCol w:w="280"/>
      </w:tblGrid>
      <w:tr w:rsidR="00AC14F3" w:rsidRPr="0015797F" w14:paraId="6BB60212" w14:textId="77777777" w:rsidTr="0015797F">
        <w:trPr>
          <w:trHeight w:val="454"/>
          <w:jc w:val="center"/>
        </w:trPr>
        <w:tc>
          <w:tcPr>
            <w:tcW w:w="9358" w:type="dxa"/>
            <w:shd w:val="clear" w:color="auto" w:fill="EDEFF2"/>
            <w:vAlign w:val="center"/>
          </w:tcPr>
          <w:p w14:paraId="2ED7EA3B" w14:textId="4764AA68" w:rsidR="0015797F" w:rsidRPr="0015797F" w:rsidRDefault="00000000">
            <w:pPr>
              <w:rPr>
                <w:rFonts w:ascii="Verdana" w:hAnsi="Verdana"/>
                <w:b/>
                <w:sz w:val="18"/>
              </w:rPr>
            </w:pPr>
            <w:r w:rsidRPr="0015797F">
              <w:rPr>
                <w:rFonts w:ascii="Verdana" w:hAnsi="Verdana"/>
                <w:b/>
                <w:sz w:val="18"/>
              </w:rPr>
              <w:t>Name und Position</w:t>
            </w:r>
          </w:p>
        </w:tc>
        <w:tc>
          <w:tcPr>
            <w:tcW w:w="280" w:type="dxa"/>
            <w:vAlign w:val="center"/>
          </w:tcPr>
          <w:p w14:paraId="2C4199CC" w14:textId="77777777" w:rsidR="00AC14F3" w:rsidRPr="0015797F" w:rsidRDefault="00AC14F3">
            <w:pPr>
              <w:rPr>
                <w:rFonts w:ascii="Verdana" w:hAnsi="Verdana"/>
              </w:rPr>
            </w:pPr>
          </w:p>
        </w:tc>
      </w:tr>
      <w:tr w:rsidR="00AC14F3" w:rsidRPr="0015797F" w14:paraId="7F3DAB41" w14:textId="77777777" w:rsidTr="0015797F">
        <w:trPr>
          <w:trHeight w:val="652"/>
          <w:jc w:val="center"/>
        </w:trPr>
        <w:tc>
          <w:tcPr>
            <w:tcW w:w="9358" w:type="dxa"/>
            <w:shd w:val="clear" w:color="auto" w:fill="EDEFF2"/>
            <w:vAlign w:val="center"/>
          </w:tcPr>
          <w:p w14:paraId="407A5A02" w14:textId="77777777" w:rsidR="00AC14F3" w:rsidRPr="0015797F" w:rsidRDefault="00000000">
            <w:pPr>
              <w:rPr>
                <w:rFonts w:ascii="Verdana" w:hAnsi="Verdana"/>
              </w:rPr>
            </w:pPr>
            <w:r w:rsidRPr="0015797F">
              <w:rPr>
                <w:rFonts w:ascii="Verdana" w:hAnsi="Verdana"/>
                <w:b/>
                <w:sz w:val="18"/>
              </w:rPr>
              <w:t>Adresse</w:t>
            </w:r>
          </w:p>
        </w:tc>
        <w:tc>
          <w:tcPr>
            <w:tcW w:w="280" w:type="dxa"/>
            <w:vAlign w:val="center"/>
          </w:tcPr>
          <w:p w14:paraId="30DBE71A" w14:textId="77777777" w:rsidR="00AC14F3" w:rsidRPr="0015797F" w:rsidRDefault="00000000">
            <w:pPr>
              <w:rPr>
                <w:rFonts w:ascii="Verdana" w:hAnsi="Verdana"/>
              </w:rPr>
            </w:pPr>
            <w:r w:rsidRPr="0015797F">
              <w:rPr>
                <w:rFonts w:ascii="Verdana" w:hAnsi="Verdana"/>
              </w:rPr>
              <w:br/>
            </w:r>
          </w:p>
        </w:tc>
      </w:tr>
      <w:tr w:rsidR="00AC14F3" w:rsidRPr="0015797F" w14:paraId="7078899B" w14:textId="77777777" w:rsidTr="0015797F">
        <w:trPr>
          <w:trHeight w:val="454"/>
          <w:jc w:val="center"/>
        </w:trPr>
        <w:tc>
          <w:tcPr>
            <w:tcW w:w="9358" w:type="dxa"/>
            <w:shd w:val="clear" w:color="auto" w:fill="EDEFF2"/>
            <w:vAlign w:val="center"/>
          </w:tcPr>
          <w:p w14:paraId="7BDFE282" w14:textId="77777777" w:rsidR="00AC14F3" w:rsidRPr="0015797F" w:rsidRDefault="00000000">
            <w:pPr>
              <w:rPr>
                <w:rFonts w:ascii="Verdana" w:hAnsi="Verdana"/>
              </w:rPr>
            </w:pPr>
            <w:r w:rsidRPr="0015797F">
              <w:rPr>
                <w:rFonts w:ascii="Verdana" w:hAnsi="Verdana"/>
                <w:b/>
                <w:sz w:val="18"/>
              </w:rPr>
              <w:t>Telefonnummer</w:t>
            </w:r>
          </w:p>
        </w:tc>
        <w:tc>
          <w:tcPr>
            <w:tcW w:w="280" w:type="dxa"/>
            <w:vAlign w:val="center"/>
          </w:tcPr>
          <w:p w14:paraId="570185D8" w14:textId="77777777" w:rsidR="00AC14F3" w:rsidRPr="0015797F" w:rsidRDefault="00AC14F3">
            <w:pPr>
              <w:rPr>
                <w:rFonts w:ascii="Verdana" w:hAnsi="Verdana"/>
              </w:rPr>
            </w:pPr>
          </w:p>
        </w:tc>
      </w:tr>
      <w:tr w:rsidR="00AC14F3" w:rsidRPr="0015797F" w14:paraId="2121A2B3" w14:textId="77777777" w:rsidTr="0015797F">
        <w:trPr>
          <w:trHeight w:val="454"/>
          <w:jc w:val="center"/>
        </w:trPr>
        <w:tc>
          <w:tcPr>
            <w:tcW w:w="9358" w:type="dxa"/>
            <w:shd w:val="clear" w:color="auto" w:fill="EDEFF2"/>
            <w:vAlign w:val="center"/>
          </w:tcPr>
          <w:p w14:paraId="5B43ECDA" w14:textId="77777777" w:rsidR="00AC14F3" w:rsidRPr="0015797F" w:rsidRDefault="00000000">
            <w:pPr>
              <w:rPr>
                <w:rFonts w:ascii="Verdana" w:hAnsi="Verdana"/>
              </w:rPr>
            </w:pPr>
            <w:r w:rsidRPr="0015797F">
              <w:rPr>
                <w:rFonts w:ascii="Verdana" w:hAnsi="Verdana"/>
                <w:b/>
                <w:sz w:val="18"/>
              </w:rPr>
              <w:t>E-Mail</w:t>
            </w:r>
          </w:p>
        </w:tc>
        <w:tc>
          <w:tcPr>
            <w:tcW w:w="280" w:type="dxa"/>
            <w:vAlign w:val="center"/>
          </w:tcPr>
          <w:p w14:paraId="57E2569D" w14:textId="77777777" w:rsidR="00AC14F3" w:rsidRPr="0015797F" w:rsidRDefault="00AC14F3">
            <w:pPr>
              <w:rPr>
                <w:rFonts w:ascii="Verdana" w:hAnsi="Verdana"/>
              </w:rPr>
            </w:pPr>
          </w:p>
        </w:tc>
      </w:tr>
    </w:tbl>
    <w:p w14:paraId="571B2BA7" w14:textId="77777777" w:rsidR="0015797F" w:rsidRDefault="0015797F">
      <w:pPr>
        <w:spacing w:before="240" w:after="100"/>
        <w:rPr>
          <w:rFonts w:ascii="Verdana" w:hAnsi="Verdana"/>
          <w:b/>
          <w:sz w:val="28"/>
        </w:rPr>
      </w:pPr>
    </w:p>
    <w:p w14:paraId="1E5BF9BB" w14:textId="77777777" w:rsidR="0015797F" w:rsidRDefault="0015797F">
      <w:pPr>
        <w:spacing w:before="240" w:after="100"/>
        <w:rPr>
          <w:rFonts w:ascii="Verdana" w:hAnsi="Verdana"/>
          <w:b/>
          <w:sz w:val="28"/>
        </w:rPr>
      </w:pPr>
    </w:p>
    <w:p w14:paraId="226B6274" w14:textId="486679D0" w:rsidR="00AC14F3" w:rsidRPr="0015797F" w:rsidRDefault="00000000">
      <w:pPr>
        <w:spacing w:before="240" w:after="100"/>
        <w:rPr>
          <w:rFonts w:ascii="Verdana" w:hAnsi="Verdana"/>
        </w:rPr>
      </w:pPr>
      <w:r w:rsidRPr="0015797F">
        <w:rPr>
          <w:rFonts w:ascii="Verdana" w:hAnsi="Verdana"/>
          <w:b/>
          <w:sz w:val="28"/>
        </w:rPr>
        <w:lastRenderedPageBreak/>
        <w:t>6. Gründe für die Anmeldung</w:t>
      </w:r>
    </w:p>
    <w:p w14:paraId="0CACC32D" w14:textId="77777777" w:rsidR="00AC14F3" w:rsidRPr="0015797F" w:rsidRDefault="00000000">
      <w:pPr>
        <w:rPr>
          <w:rFonts w:ascii="Verdana" w:hAnsi="Verdana"/>
          <w:lang w:val="de-CH"/>
        </w:rPr>
      </w:pPr>
      <w:r w:rsidRPr="0015797F">
        <w:rPr>
          <w:rFonts w:ascii="Verdana" w:hAnsi="Verdana"/>
          <w:b/>
          <w:lang w:val="de-CH"/>
        </w:rPr>
        <w:t>Kurzer Beschrieb der aktuellen Situation / Herausforderung</w:t>
      </w:r>
    </w:p>
    <w:tbl>
      <w:tblPr>
        <w:tblW w:w="0" w:type="auto"/>
        <w:jc w:val="center"/>
        <w:tblLook w:val="04A0" w:firstRow="1" w:lastRow="0" w:firstColumn="1" w:lastColumn="0" w:noHBand="0" w:noVBand="1"/>
      </w:tblPr>
      <w:tblGrid>
        <w:gridCol w:w="10200"/>
      </w:tblGrid>
      <w:tr w:rsidR="00AC14F3" w:rsidRPr="00DE7495" w14:paraId="51BE0B64" w14:textId="77777777">
        <w:trPr>
          <w:jc w:val="center"/>
        </w:trPr>
        <w:tc>
          <w:tcPr>
            <w:tcW w:w="10200" w:type="dxa"/>
            <w:vAlign w:val="center"/>
          </w:tcPr>
          <w:p w14:paraId="094979BC" w14:textId="77777777" w:rsidR="0015797F" w:rsidRDefault="00000000">
            <w:pPr>
              <w:rPr>
                <w:rFonts w:ascii="Verdana" w:hAnsi="Verdana"/>
                <w:lang w:val="de-CH"/>
              </w:rPr>
            </w:pPr>
            <w:r w:rsidRPr="0015797F">
              <w:rPr>
                <w:rFonts w:ascii="Verdana" w:hAnsi="Verdana"/>
                <w:lang w:val="de-CH"/>
              </w:rPr>
              <w:br/>
            </w:r>
          </w:p>
          <w:p w14:paraId="5AC85051" w14:textId="49883441" w:rsidR="00AC14F3" w:rsidRPr="0015797F" w:rsidRDefault="00000000">
            <w:pPr>
              <w:rPr>
                <w:rFonts w:ascii="Verdana" w:hAnsi="Verdana"/>
                <w:lang w:val="de-CH"/>
              </w:rPr>
            </w:pPr>
            <w:r w:rsidRPr="0015797F">
              <w:rPr>
                <w:rFonts w:ascii="Verdana" w:hAnsi="Verdana"/>
                <w:lang w:val="de-CH"/>
              </w:rPr>
              <w:br/>
            </w:r>
            <w:r w:rsidRPr="0015797F">
              <w:rPr>
                <w:rFonts w:ascii="Verdana" w:hAnsi="Verdana"/>
                <w:lang w:val="de-CH"/>
              </w:rPr>
              <w:br/>
            </w:r>
          </w:p>
        </w:tc>
      </w:tr>
    </w:tbl>
    <w:p w14:paraId="02C7DE9D" w14:textId="77777777" w:rsidR="00AC14F3" w:rsidRPr="0015797F" w:rsidRDefault="00000000">
      <w:pPr>
        <w:spacing w:before="240" w:after="100"/>
        <w:rPr>
          <w:rFonts w:ascii="Verdana" w:hAnsi="Verdana"/>
        </w:rPr>
      </w:pPr>
      <w:r w:rsidRPr="0015797F">
        <w:rPr>
          <w:rFonts w:ascii="Verdana" w:hAnsi="Verdana"/>
          <w:b/>
          <w:sz w:val="28"/>
        </w:rPr>
        <w:t>7. Anliegen und Zielsetzung</w:t>
      </w:r>
    </w:p>
    <w:tbl>
      <w:tblPr>
        <w:tblW w:w="0" w:type="auto"/>
        <w:jc w:val="center"/>
        <w:tblLayout w:type="fixed"/>
        <w:tblLook w:val="04A0" w:firstRow="1" w:lastRow="0" w:firstColumn="1" w:lastColumn="0" w:noHBand="0" w:noVBand="1"/>
      </w:tblPr>
      <w:tblGrid>
        <w:gridCol w:w="9358"/>
        <w:gridCol w:w="280"/>
      </w:tblGrid>
      <w:tr w:rsidR="00AC14F3" w:rsidRPr="00DE7495" w14:paraId="589E8DFE" w14:textId="77777777" w:rsidTr="0015797F">
        <w:trPr>
          <w:trHeight w:val="850"/>
          <w:jc w:val="center"/>
        </w:trPr>
        <w:tc>
          <w:tcPr>
            <w:tcW w:w="9358" w:type="dxa"/>
            <w:shd w:val="clear" w:color="auto" w:fill="EDEFF2"/>
            <w:vAlign w:val="center"/>
          </w:tcPr>
          <w:p w14:paraId="48B3D3FF" w14:textId="77777777" w:rsidR="00AC14F3" w:rsidRPr="0015797F" w:rsidRDefault="00000000">
            <w:pPr>
              <w:rPr>
                <w:rFonts w:ascii="Verdana" w:hAnsi="Verdana"/>
                <w:lang w:val="de-CH"/>
              </w:rPr>
            </w:pPr>
            <w:r w:rsidRPr="0015797F">
              <w:rPr>
                <w:rFonts w:ascii="Verdana" w:hAnsi="Verdana"/>
                <w:b/>
                <w:sz w:val="18"/>
                <w:lang w:val="de-CH"/>
              </w:rPr>
              <w:t>Was soll mit der Unterstützung erreicht werden?</w:t>
            </w:r>
          </w:p>
        </w:tc>
        <w:tc>
          <w:tcPr>
            <w:tcW w:w="280" w:type="dxa"/>
            <w:vAlign w:val="center"/>
          </w:tcPr>
          <w:p w14:paraId="35D8C8DD" w14:textId="77777777" w:rsidR="00AC14F3" w:rsidRPr="0015797F" w:rsidRDefault="00000000">
            <w:pPr>
              <w:rPr>
                <w:rFonts w:ascii="Verdana" w:hAnsi="Verdana"/>
                <w:lang w:val="de-CH"/>
              </w:rPr>
            </w:pPr>
            <w:r w:rsidRPr="0015797F">
              <w:rPr>
                <w:rFonts w:ascii="Verdana" w:hAnsi="Verdana"/>
                <w:lang w:val="de-CH"/>
              </w:rPr>
              <w:br/>
            </w:r>
            <w:r w:rsidRPr="0015797F">
              <w:rPr>
                <w:rFonts w:ascii="Verdana" w:hAnsi="Verdana"/>
                <w:lang w:val="de-CH"/>
              </w:rPr>
              <w:br/>
            </w:r>
          </w:p>
        </w:tc>
      </w:tr>
      <w:tr w:rsidR="00AC14F3" w:rsidRPr="00DE7495" w14:paraId="5A9B8B28" w14:textId="77777777" w:rsidTr="0015797F">
        <w:trPr>
          <w:trHeight w:val="850"/>
          <w:jc w:val="center"/>
        </w:trPr>
        <w:tc>
          <w:tcPr>
            <w:tcW w:w="9358" w:type="dxa"/>
            <w:shd w:val="clear" w:color="auto" w:fill="EDEFF2"/>
            <w:vAlign w:val="center"/>
          </w:tcPr>
          <w:p w14:paraId="55BA1C98" w14:textId="77777777" w:rsidR="00AC14F3" w:rsidRPr="0015797F" w:rsidRDefault="00000000">
            <w:pPr>
              <w:rPr>
                <w:rFonts w:ascii="Verdana" w:hAnsi="Verdana"/>
                <w:lang w:val="de-CH"/>
              </w:rPr>
            </w:pPr>
            <w:r w:rsidRPr="0015797F">
              <w:rPr>
                <w:rFonts w:ascii="Verdana" w:hAnsi="Verdana"/>
                <w:b/>
                <w:sz w:val="18"/>
                <w:lang w:val="de-CH"/>
              </w:rPr>
              <w:t>Welche konkreten Ziele sind für die Familie / das Kind besonders wichtig?</w:t>
            </w:r>
          </w:p>
        </w:tc>
        <w:tc>
          <w:tcPr>
            <w:tcW w:w="280" w:type="dxa"/>
            <w:vAlign w:val="center"/>
          </w:tcPr>
          <w:p w14:paraId="5FE7CC75" w14:textId="77777777" w:rsidR="00AC14F3" w:rsidRPr="0015797F" w:rsidRDefault="00000000">
            <w:pPr>
              <w:rPr>
                <w:rFonts w:ascii="Verdana" w:hAnsi="Verdana"/>
                <w:lang w:val="de-CH"/>
              </w:rPr>
            </w:pPr>
            <w:r w:rsidRPr="0015797F">
              <w:rPr>
                <w:rFonts w:ascii="Verdana" w:hAnsi="Verdana"/>
                <w:lang w:val="de-CH"/>
              </w:rPr>
              <w:br/>
            </w:r>
            <w:r w:rsidRPr="0015797F">
              <w:rPr>
                <w:rFonts w:ascii="Verdana" w:hAnsi="Verdana"/>
                <w:lang w:val="de-CH"/>
              </w:rPr>
              <w:br/>
            </w:r>
          </w:p>
        </w:tc>
      </w:tr>
      <w:tr w:rsidR="00AC14F3" w:rsidRPr="0015797F" w14:paraId="0C6D05FF" w14:textId="77777777" w:rsidTr="0015797F">
        <w:trPr>
          <w:trHeight w:val="652"/>
          <w:jc w:val="center"/>
        </w:trPr>
        <w:tc>
          <w:tcPr>
            <w:tcW w:w="9358" w:type="dxa"/>
            <w:shd w:val="clear" w:color="auto" w:fill="EDEFF2"/>
            <w:vAlign w:val="center"/>
          </w:tcPr>
          <w:p w14:paraId="1C365187" w14:textId="77777777" w:rsidR="00AC14F3" w:rsidRPr="0015797F" w:rsidRDefault="00000000">
            <w:pPr>
              <w:rPr>
                <w:rFonts w:ascii="Verdana" w:hAnsi="Verdana"/>
              </w:rPr>
            </w:pPr>
            <w:r w:rsidRPr="0015797F">
              <w:rPr>
                <w:rFonts w:ascii="Verdana" w:hAnsi="Verdana"/>
                <w:b/>
                <w:sz w:val="18"/>
              </w:rPr>
              <w:t>Besondere Prioritäten oder Dringlichkeit</w:t>
            </w:r>
          </w:p>
        </w:tc>
        <w:tc>
          <w:tcPr>
            <w:tcW w:w="280" w:type="dxa"/>
            <w:vAlign w:val="center"/>
          </w:tcPr>
          <w:p w14:paraId="6AE27345" w14:textId="77777777" w:rsidR="00AC14F3" w:rsidRPr="0015797F" w:rsidRDefault="00000000">
            <w:pPr>
              <w:rPr>
                <w:rFonts w:ascii="Verdana" w:hAnsi="Verdana"/>
              </w:rPr>
            </w:pPr>
            <w:r w:rsidRPr="0015797F">
              <w:rPr>
                <w:rFonts w:ascii="Verdana" w:hAnsi="Verdana"/>
              </w:rPr>
              <w:br/>
            </w:r>
          </w:p>
        </w:tc>
      </w:tr>
    </w:tbl>
    <w:p w14:paraId="4D8BB8B7" w14:textId="77777777" w:rsidR="00AC14F3" w:rsidRPr="0015797F" w:rsidRDefault="00000000">
      <w:pPr>
        <w:spacing w:before="240" w:after="100"/>
        <w:rPr>
          <w:rFonts w:ascii="Verdana" w:hAnsi="Verdana"/>
          <w:lang w:val="de-CH"/>
        </w:rPr>
      </w:pPr>
      <w:r w:rsidRPr="0015797F">
        <w:rPr>
          <w:rFonts w:ascii="Verdana" w:hAnsi="Verdana"/>
          <w:b/>
          <w:sz w:val="28"/>
          <w:lang w:val="de-CH"/>
        </w:rPr>
        <w:t>8. Aktuelle Situation und relevante Rahmenbedingungen</w:t>
      </w:r>
    </w:p>
    <w:tbl>
      <w:tblPr>
        <w:tblW w:w="0" w:type="auto"/>
        <w:jc w:val="center"/>
        <w:tblLayout w:type="fixed"/>
        <w:tblLook w:val="04A0" w:firstRow="1" w:lastRow="0" w:firstColumn="1" w:lastColumn="0" w:noHBand="0" w:noVBand="1"/>
      </w:tblPr>
      <w:tblGrid>
        <w:gridCol w:w="9358"/>
        <w:gridCol w:w="280"/>
      </w:tblGrid>
      <w:tr w:rsidR="00AC14F3" w:rsidRPr="00DE7495" w14:paraId="2F7384AE" w14:textId="77777777" w:rsidTr="0015797F">
        <w:trPr>
          <w:trHeight w:val="850"/>
          <w:jc w:val="center"/>
        </w:trPr>
        <w:tc>
          <w:tcPr>
            <w:tcW w:w="9358" w:type="dxa"/>
            <w:shd w:val="clear" w:color="auto" w:fill="EDEFF2"/>
            <w:vAlign w:val="center"/>
          </w:tcPr>
          <w:p w14:paraId="043A1D59" w14:textId="77777777" w:rsidR="00AC14F3" w:rsidRPr="0015797F" w:rsidRDefault="00000000">
            <w:pPr>
              <w:rPr>
                <w:rFonts w:ascii="Verdana" w:hAnsi="Verdana"/>
                <w:lang w:val="de-CH"/>
              </w:rPr>
            </w:pPr>
            <w:r w:rsidRPr="0015797F">
              <w:rPr>
                <w:rFonts w:ascii="Verdana" w:hAnsi="Verdana"/>
                <w:b/>
                <w:sz w:val="18"/>
                <w:lang w:val="de-CH"/>
              </w:rPr>
              <w:t>Aktuelle Schutz-, Krisen- oder Belastungssituation</w:t>
            </w:r>
          </w:p>
        </w:tc>
        <w:tc>
          <w:tcPr>
            <w:tcW w:w="280" w:type="dxa"/>
            <w:vAlign w:val="center"/>
          </w:tcPr>
          <w:p w14:paraId="4484A324" w14:textId="77777777" w:rsidR="00AC14F3" w:rsidRPr="0015797F" w:rsidRDefault="00000000">
            <w:pPr>
              <w:rPr>
                <w:rFonts w:ascii="Verdana" w:hAnsi="Verdana"/>
                <w:lang w:val="de-CH"/>
              </w:rPr>
            </w:pPr>
            <w:r w:rsidRPr="0015797F">
              <w:rPr>
                <w:rFonts w:ascii="Verdana" w:hAnsi="Verdana"/>
                <w:lang w:val="de-CH"/>
              </w:rPr>
              <w:br/>
            </w:r>
            <w:r w:rsidRPr="0015797F">
              <w:rPr>
                <w:rFonts w:ascii="Verdana" w:hAnsi="Verdana"/>
                <w:lang w:val="de-CH"/>
              </w:rPr>
              <w:br/>
            </w:r>
          </w:p>
        </w:tc>
      </w:tr>
      <w:tr w:rsidR="00AC14F3" w:rsidRPr="00DE7495" w14:paraId="35F8D949" w14:textId="77777777" w:rsidTr="0015797F">
        <w:trPr>
          <w:trHeight w:val="652"/>
          <w:jc w:val="center"/>
        </w:trPr>
        <w:tc>
          <w:tcPr>
            <w:tcW w:w="9358" w:type="dxa"/>
            <w:shd w:val="clear" w:color="auto" w:fill="EDEFF2"/>
            <w:vAlign w:val="center"/>
          </w:tcPr>
          <w:p w14:paraId="7DB5D090" w14:textId="77777777" w:rsidR="00AC14F3" w:rsidRPr="0015797F" w:rsidRDefault="00000000">
            <w:pPr>
              <w:rPr>
                <w:rFonts w:ascii="Verdana" w:hAnsi="Verdana"/>
                <w:lang w:val="de-CH"/>
              </w:rPr>
            </w:pPr>
            <w:r w:rsidRPr="0015797F">
              <w:rPr>
                <w:rFonts w:ascii="Verdana" w:hAnsi="Verdana"/>
                <w:b/>
                <w:sz w:val="18"/>
                <w:lang w:val="de-CH"/>
              </w:rPr>
              <w:t>Bereits laufende oder frühere Unterstützungsangebote</w:t>
            </w:r>
          </w:p>
        </w:tc>
        <w:tc>
          <w:tcPr>
            <w:tcW w:w="280" w:type="dxa"/>
            <w:vAlign w:val="center"/>
          </w:tcPr>
          <w:p w14:paraId="430F1DD9" w14:textId="77777777" w:rsidR="00AC14F3" w:rsidRPr="0015797F" w:rsidRDefault="00000000">
            <w:pPr>
              <w:rPr>
                <w:rFonts w:ascii="Verdana" w:hAnsi="Verdana"/>
                <w:lang w:val="de-CH"/>
              </w:rPr>
            </w:pPr>
            <w:r w:rsidRPr="0015797F">
              <w:rPr>
                <w:rFonts w:ascii="Verdana" w:hAnsi="Verdana"/>
                <w:lang w:val="de-CH"/>
              </w:rPr>
              <w:br/>
            </w:r>
          </w:p>
        </w:tc>
      </w:tr>
      <w:tr w:rsidR="00AC14F3" w:rsidRPr="0015797F" w14:paraId="628FFB07" w14:textId="77777777" w:rsidTr="0015797F">
        <w:trPr>
          <w:trHeight w:val="652"/>
          <w:jc w:val="center"/>
        </w:trPr>
        <w:tc>
          <w:tcPr>
            <w:tcW w:w="9358" w:type="dxa"/>
            <w:shd w:val="clear" w:color="auto" w:fill="EDEFF2"/>
            <w:vAlign w:val="center"/>
          </w:tcPr>
          <w:p w14:paraId="26B49BFD" w14:textId="77777777" w:rsidR="00AC14F3" w:rsidRPr="0015797F" w:rsidRDefault="00000000">
            <w:pPr>
              <w:rPr>
                <w:rFonts w:ascii="Verdana" w:hAnsi="Verdana"/>
              </w:rPr>
            </w:pPr>
            <w:r w:rsidRPr="0015797F">
              <w:rPr>
                <w:rFonts w:ascii="Verdana" w:hAnsi="Verdana"/>
                <w:b/>
                <w:sz w:val="18"/>
              </w:rPr>
              <w:t>Wichtige Ressourcen der Familie</w:t>
            </w:r>
          </w:p>
        </w:tc>
        <w:tc>
          <w:tcPr>
            <w:tcW w:w="280" w:type="dxa"/>
            <w:vAlign w:val="center"/>
          </w:tcPr>
          <w:p w14:paraId="79D103E9" w14:textId="77777777" w:rsidR="00AC14F3" w:rsidRPr="0015797F" w:rsidRDefault="00000000">
            <w:pPr>
              <w:rPr>
                <w:rFonts w:ascii="Verdana" w:hAnsi="Verdana"/>
              </w:rPr>
            </w:pPr>
            <w:r w:rsidRPr="0015797F">
              <w:rPr>
                <w:rFonts w:ascii="Verdana" w:hAnsi="Verdana"/>
              </w:rPr>
              <w:br/>
            </w:r>
          </w:p>
        </w:tc>
      </w:tr>
      <w:tr w:rsidR="00AC14F3" w:rsidRPr="00DE7495" w14:paraId="4A294A63" w14:textId="77777777" w:rsidTr="0015797F">
        <w:trPr>
          <w:trHeight w:val="850"/>
          <w:jc w:val="center"/>
        </w:trPr>
        <w:tc>
          <w:tcPr>
            <w:tcW w:w="9358" w:type="dxa"/>
            <w:shd w:val="clear" w:color="auto" w:fill="EDEFF2"/>
            <w:vAlign w:val="center"/>
          </w:tcPr>
          <w:p w14:paraId="489E1F46" w14:textId="77777777" w:rsidR="00AC14F3" w:rsidRPr="0015797F" w:rsidRDefault="00000000">
            <w:pPr>
              <w:rPr>
                <w:rFonts w:ascii="Verdana" w:hAnsi="Verdana"/>
                <w:lang w:val="de-CH"/>
              </w:rPr>
            </w:pPr>
            <w:r w:rsidRPr="0015797F">
              <w:rPr>
                <w:rFonts w:ascii="Verdana" w:hAnsi="Verdana"/>
                <w:b/>
                <w:sz w:val="18"/>
                <w:lang w:val="de-CH"/>
              </w:rPr>
              <w:t>Weitere wichtige Informationen für die Fallaufnahme</w:t>
            </w:r>
          </w:p>
        </w:tc>
        <w:tc>
          <w:tcPr>
            <w:tcW w:w="280" w:type="dxa"/>
            <w:vAlign w:val="center"/>
          </w:tcPr>
          <w:p w14:paraId="75229133" w14:textId="77777777" w:rsidR="00AC14F3" w:rsidRPr="0015797F" w:rsidRDefault="00000000">
            <w:pPr>
              <w:rPr>
                <w:rFonts w:ascii="Verdana" w:hAnsi="Verdana"/>
                <w:lang w:val="de-CH"/>
              </w:rPr>
            </w:pPr>
            <w:r w:rsidRPr="0015797F">
              <w:rPr>
                <w:rFonts w:ascii="Verdana" w:hAnsi="Verdana"/>
                <w:lang w:val="de-CH"/>
              </w:rPr>
              <w:br/>
            </w:r>
            <w:r w:rsidRPr="0015797F">
              <w:rPr>
                <w:rFonts w:ascii="Verdana" w:hAnsi="Verdana"/>
                <w:lang w:val="de-CH"/>
              </w:rPr>
              <w:br/>
            </w:r>
          </w:p>
        </w:tc>
      </w:tr>
    </w:tbl>
    <w:p w14:paraId="2D17915B" w14:textId="77777777" w:rsidR="00AC14F3" w:rsidRPr="0015797F" w:rsidRDefault="00000000">
      <w:pPr>
        <w:spacing w:before="240" w:after="100"/>
        <w:rPr>
          <w:rFonts w:ascii="Verdana" w:hAnsi="Verdana"/>
        </w:rPr>
      </w:pPr>
      <w:r w:rsidRPr="0015797F">
        <w:rPr>
          <w:rFonts w:ascii="Verdana" w:hAnsi="Verdana"/>
          <w:b/>
          <w:sz w:val="28"/>
        </w:rPr>
        <w:t>9. Rahmenbedingungen / organisatorische Angaben</w:t>
      </w:r>
    </w:p>
    <w:tbl>
      <w:tblPr>
        <w:tblW w:w="10070" w:type="dxa"/>
        <w:jc w:val="center"/>
        <w:tblLayout w:type="fixed"/>
        <w:tblLook w:val="04A0" w:firstRow="1" w:lastRow="0" w:firstColumn="1" w:lastColumn="0" w:noHBand="0" w:noVBand="1"/>
      </w:tblPr>
      <w:tblGrid>
        <w:gridCol w:w="5605"/>
        <w:gridCol w:w="4465"/>
      </w:tblGrid>
      <w:tr w:rsidR="00AC14F3" w:rsidRPr="0015797F" w14:paraId="628C237B" w14:textId="77777777" w:rsidTr="0015797F">
        <w:trPr>
          <w:trHeight w:val="364"/>
          <w:jc w:val="center"/>
        </w:trPr>
        <w:tc>
          <w:tcPr>
            <w:tcW w:w="5605" w:type="dxa"/>
            <w:vAlign w:val="center"/>
          </w:tcPr>
          <w:p w14:paraId="7C301E48" w14:textId="26F3EF16" w:rsidR="00AC14F3" w:rsidRPr="0015797F" w:rsidRDefault="0015797F">
            <w:pPr>
              <w:rPr>
                <w:rFonts w:ascii="Verdana" w:hAnsi="Verdana"/>
              </w:rPr>
            </w:pPr>
            <w:r w:rsidRPr="0015797F">
              <w:rPr>
                <w:rFonts w:ascii="Segoe UI Symbol" w:hAnsi="Segoe UI Symbol" w:cs="Segoe UI Symbol"/>
              </w:rPr>
              <w:t>☐</w:t>
            </w:r>
            <w:r w:rsidRPr="0015797F">
              <w:rPr>
                <w:rFonts w:ascii="Verdana" w:hAnsi="Verdana"/>
              </w:rPr>
              <w:t xml:space="preserve"> Dringliche Aufnahme erwünscht</w:t>
            </w:r>
          </w:p>
        </w:tc>
        <w:tc>
          <w:tcPr>
            <w:tcW w:w="4465" w:type="dxa"/>
            <w:vAlign w:val="center"/>
          </w:tcPr>
          <w:p w14:paraId="5D06A245" w14:textId="6F9E828D" w:rsidR="00AC14F3" w:rsidRPr="0015797F" w:rsidRDefault="0015797F">
            <w:pPr>
              <w:rPr>
                <w:rFonts w:ascii="Verdana" w:hAnsi="Verdana"/>
              </w:rPr>
            </w:pPr>
            <w:r w:rsidRPr="0015797F">
              <w:rPr>
                <w:rFonts w:ascii="Segoe UI Symbol" w:hAnsi="Segoe UI Symbol" w:cs="Segoe UI Symbol"/>
              </w:rPr>
              <w:t>☐</w:t>
            </w:r>
            <w:r w:rsidRPr="0015797F">
              <w:rPr>
                <w:rFonts w:ascii="Verdana" w:hAnsi="Verdana"/>
              </w:rPr>
              <w:t xml:space="preserve"> Dolmetschende Unterstützung erforderlich</w:t>
            </w:r>
          </w:p>
        </w:tc>
      </w:tr>
      <w:tr w:rsidR="00AC14F3" w:rsidRPr="00DE7495" w14:paraId="426D74A4" w14:textId="77777777" w:rsidTr="0015797F">
        <w:trPr>
          <w:trHeight w:val="577"/>
          <w:jc w:val="center"/>
        </w:trPr>
        <w:tc>
          <w:tcPr>
            <w:tcW w:w="5605" w:type="dxa"/>
            <w:vAlign w:val="center"/>
          </w:tcPr>
          <w:p w14:paraId="353A0D89" w14:textId="7FCFAE38" w:rsidR="00AC14F3" w:rsidRPr="0015797F" w:rsidRDefault="0015797F">
            <w:pPr>
              <w:rPr>
                <w:rFonts w:ascii="Verdana" w:hAnsi="Verdana"/>
              </w:rPr>
            </w:pPr>
            <w:r w:rsidRPr="0015797F">
              <w:rPr>
                <w:rFonts w:ascii="Segoe UI Symbol" w:hAnsi="Segoe UI Symbol" w:cs="Segoe UI Symbol"/>
              </w:rPr>
              <w:t>☐</w:t>
            </w:r>
            <w:r w:rsidRPr="0015797F">
              <w:rPr>
                <w:rFonts w:ascii="Verdana" w:hAnsi="Verdana"/>
              </w:rPr>
              <w:t xml:space="preserve"> Regelmässige Zusammenarbeit mit Auftraggebenden</w:t>
            </w:r>
          </w:p>
        </w:tc>
        <w:tc>
          <w:tcPr>
            <w:tcW w:w="4465" w:type="dxa"/>
            <w:vAlign w:val="center"/>
          </w:tcPr>
          <w:p w14:paraId="0F26112C" w14:textId="0F87C73E" w:rsidR="00AC14F3" w:rsidRPr="0015797F" w:rsidRDefault="0015797F">
            <w:pPr>
              <w:rPr>
                <w:rFonts w:ascii="Verdana" w:hAnsi="Verdana"/>
                <w:lang w:val="de-CH"/>
              </w:rPr>
            </w:pPr>
            <w:r w:rsidRPr="0015797F">
              <w:rPr>
                <w:rFonts w:ascii="Segoe UI Symbol" w:hAnsi="Segoe UI Symbol" w:cs="Segoe UI Symbol"/>
                <w:lang w:val="de-CH"/>
              </w:rPr>
              <w:t>☐</w:t>
            </w:r>
            <w:r w:rsidRPr="0015797F">
              <w:rPr>
                <w:rFonts w:ascii="Verdana" w:hAnsi="Verdana"/>
                <w:lang w:val="de-CH"/>
              </w:rPr>
              <w:t xml:space="preserve"> Weitere Personen/Stellen sind einzubeziehen</w:t>
            </w:r>
          </w:p>
        </w:tc>
      </w:tr>
      <w:tr w:rsidR="00AC14F3" w:rsidRPr="00DE7495" w14:paraId="517ACBB6" w14:textId="77777777" w:rsidTr="0015797F">
        <w:trPr>
          <w:trHeight w:val="364"/>
          <w:jc w:val="center"/>
        </w:trPr>
        <w:tc>
          <w:tcPr>
            <w:tcW w:w="5605" w:type="dxa"/>
            <w:vAlign w:val="center"/>
          </w:tcPr>
          <w:p w14:paraId="7C207F22" w14:textId="49A8EC3E" w:rsidR="00AC14F3" w:rsidRPr="0015797F" w:rsidRDefault="0015797F">
            <w:pPr>
              <w:rPr>
                <w:rFonts w:ascii="Verdana" w:hAnsi="Verdana"/>
              </w:rPr>
            </w:pPr>
            <w:r w:rsidRPr="0015797F">
              <w:rPr>
                <w:rFonts w:ascii="Segoe UI Symbol" w:hAnsi="Segoe UI Symbol" w:cs="Segoe UI Symbol"/>
              </w:rPr>
              <w:t>☐</w:t>
            </w:r>
            <w:r w:rsidRPr="0015797F">
              <w:rPr>
                <w:rFonts w:ascii="Verdana" w:hAnsi="Verdana"/>
              </w:rPr>
              <w:t xml:space="preserve"> Fallbesprechung / Koordination erwünscht</w:t>
            </w:r>
          </w:p>
        </w:tc>
        <w:tc>
          <w:tcPr>
            <w:tcW w:w="4465" w:type="dxa"/>
            <w:vAlign w:val="center"/>
          </w:tcPr>
          <w:p w14:paraId="05BA271A" w14:textId="289AEE1B" w:rsidR="00AC14F3" w:rsidRPr="0015797F" w:rsidRDefault="0015797F">
            <w:pPr>
              <w:rPr>
                <w:rFonts w:ascii="Verdana" w:hAnsi="Verdana"/>
                <w:lang w:val="de-CH"/>
              </w:rPr>
            </w:pPr>
            <w:r w:rsidRPr="0015797F">
              <w:rPr>
                <w:rFonts w:ascii="Segoe UI Symbol" w:hAnsi="Segoe UI Symbol" w:cs="Segoe UI Symbol"/>
                <w:lang w:val="de-CH"/>
              </w:rPr>
              <w:t>☐</w:t>
            </w:r>
            <w:r w:rsidRPr="0015797F">
              <w:rPr>
                <w:rFonts w:ascii="Verdana" w:hAnsi="Verdana"/>
                <w:lang w:val="de-CH"/>
              </w:rPr>
              <w:t xml:space="preserve"> Keine besonderen organisatorischen Anforderungen bekannt</w:t>
            </w:r>
          </w:p>
        </w:tc>
      </w:tr>
      <w:tr w:rsidR="0015797F" w:rsidRPr="00DE7495" w14:paraId="36E1FBDB" w14:textId="77777777" w:rsidTr="0015797F">
        <w:trPr>
          <w:trHeight w:val="364"/>
          <w:jc w:val="center"/>
        </w:trPr>
        <w:tc>
          <w:tcPr>
            <w:tcW w:w="5605" w:type="dxa"/>
            <w:vAlign w:val="center"/>
          </w:tcPr>
          <w:p w14:paraId="475209E3" w14:textId="77777777" w:rsidR="0015797F" w:rsidRPr="00DE7495" w:rsidRDefault="0015797F">
            <w:pPr>
              <w:rPr>
                <w:rFonts w:ascii="Verdana" w:hAnsi="Verdana"/>
                <w:lang w:val="de-CH"/>
              </w:rPr>
            </w:pPr>
          </w:p>
        </w:tc>
        <w:tc>
          <w:tcPr>
            <w:tcW w:w="4465" w:type="dxa"/>
            <w:vAlign w:val="center"/>
          </w:tcPr>
          <w:p w14:paraId="315221A8" w14:textId="77777777" w:rsidR="0015797F" w:rsidRPr="0015797F" w:rsidRDefault="0015797F">
            <w:pPr>
              <w:rPr>
                <w:rFonts w:ascii="Verdana" w:hAnsi="Verdana"/>
                <w:lang w:val="de-CH"/>
              </w:rPr>
            </w:pPr>
          </w:p>
        </w:tc>
      </w:tr>
      <w:tr w:rsidR="00AC14F3" w:rsidRPr="0015797F" w14:paraId="3928045F" w14:textId="77777777" w:rsidTr="0015797F">
        <w:trPr>
          <w:trHeight w:val="345"/>
          <w:jc w:val="center"/>
        </w:trPr>
        <w:tc>
          <w:tcPr>
            <w:tcW w:w="5605" w:type="dxa"/>
            <w:shd w:val="clear" w:color="auto" w:fill="EDEFF2"/>
            <w:vAlign w:val="center"/>
          </w:tcPr>
          <w:p w14:paraId="430BC977" w14:textId="77777777" w:rsidR="00AC14F3" w:rsidRDefault="00000000">
            <w:pPr>
              <w:rPr>
                <w:rFonts w:ascii="Verdana" w:hAnsi="Verdana"/>
                <w:b/>
                <w:sz w:val="18"/>
              </w:rPr>
            </w:pPr>
            <w:r w:rsidRPr="0015797F">
              <w:rPr>
                <w:rFonts w:ascii="Verdana" w:hAnsi="Verdana"/>
                <w:b/>
                <w:sz w:val="18"/>
              </w:rPr>
              <w:t>Gewünschter Start / Zeitraum</w:t>
            </w:r>
          </w:p>
          <w:p w14:paraId="6EE5F8F4" w14:textId="3F8A6551" w:rsidR="0015797F" w:rsidRPr="0015797F" w:rsidRDefault="0015797F">
            <w:pPr>
              <w:rPr>
                <w:rFonts w:ascii="Verdana" w:hAnsi="Verdana"/>
              </w:rPr>
            </w:pPr>
          </w:p>
        </w:tc>
        <w:tc>
          <w:tcPr>
            <w:tcW w:w="4465" w:type="dxa"/>
            <w:vAlign w:val="center"/>
          </w:tcPr>
          <w:p w14:paraId="078CA1CE" w14:textId="77777777" w:rsidR="00AC14F3" w:rsidRPr="0015797F" w:rsidRDefault="00AC14F3">
            <w:pPr>
              <w:rPr>
                <w:rFonts w:ascii="Verdana" w:hAnsi="Verdana"/>
              </w:rPr>
            </w:pPr>
          </w:p>
        </w:tc>
      </w:tr>
      <w:tr w:rsidR="00AC14F3" w:rsidRPr="0015797F" w14:paraId="3D564A8F" w14:textId="77777777" w:rsidTr="0015797F">
        <w:trPr>
          <w:trHeight w:val="345"/>
          <w:jc w:val="center"/>
        </w:trPr>
        <w:tc>
          <w:tcPr>
            <w:tcW w:w="5605" w:type="dxa"/>
            <w:shd w:val="clear" w:color="auto" w:fill="EDEFF2"/>
            <w:vAlign w:val="center"/>
          </w:tcPr>
          <w:p w14:paraId="532818F3" w14:textId="77777777" w:rsidR="00AC14F3" w:rsidRDefault="00000000">
            <w:pPr>
              <w:rPr>
                <w:rFonts w:ascii="Verdana" w:hAnsi="Verdana"/>
                <w:b/>
                <w:sz w:val="18"/>
              </w:rPr>
            </w:pPr>
            <w:r w:rsidRPr="0015797F">
              <w:rPr>
                <w:rFonts w:ascii="Verdana" w:hAnsi="Verdana"/>
                <w:b/>
                <w:sz w:val="18"/>
              </w:rPr>
              <w:t>Bevorzugte Kontaktaufnahme</w:t>
            </w:r>
          </w:p>
          <w:p w14:paraId="4F3C949E" w14:textId="77777777" w:rsidR="0015797F" w:rsidRPr="0015797F" w:rsidRDefault="0015797F">
            <w:pPr>
              <w:rPr>
                <w:rFonts w:ascii="Verdana" w:hAnsi="Verdana"/>
              </w:rPr>
            </w:pPr>
          </w:p>
        </w:tc>
        <w:tc>
          <w:tcPr>
            <w:tcW w:w="4465" w:type="dxa"/>
            <w:vAlign w:val="center"/>
          </w:tcPr>
          <w:p w14:paraId="621E3EA6" w14:textId="77777777" w:rsidR="00AC14F3" w:rsidRPr="0015797F" w:rsidRDefault="00AC14F3">
            <w:pPr>
              <w:rPr>
                <w:rFonts w:ascii="Verdana" w:hAnsi="Verdana"/>
              </w:rPr>
            </w:pPr>
          </w:p>
        </w:tc>
      </w:tr>
    </w:tbl>
    <w:p w14:paraId="50403A8E" w14:textId="77777777" w:rsidR="0015797F" w:rsidRDefault="0015797F">
      <w:pPr>
        <w:spacing w:before="240" w:after="100"/>
        <w:rPr>
          <w:rFonts w:ascii="Verdana" w:hAnsi="Verdana"/>
          <w:b/>
          <w:sz w:val="28"/>
        </w:rPr>
      </w:pPr>
    </w:p>
    <w:p w14:paraId="32772B23" w14:textId="7727E319" w:rsidR="00AC14F3" w:rsidRPr="0015797F" w:rsidRDefault="00000000">
      <w:pPr>
        <w:spacing w:before="240" w:after="100"/>
        <w:rPr>
          <w:rFonts w:ascii="Verdana" w:hAnsi="Verdana"/>
        </w:rPr>
      </w:pPr>
      <w:r w:rsidRPr="0015797F">
        <w:rPr>
          <w:rFonts w:ascii="Verdana" w:hAnsi="Verdana"/>
          <w:b/>
          <w:sz w:val="28"/>
        </w:rPr>
        <w:t>10. Information, Auftrag und Kosten</w:t>
      </w:r>
    </w:p>
    <w:tbl>
      <w:tblPr>
        <w:tblpPr w:leftFromText="141" w:rightFromText="141" w:vertAnchor="text" w:horzAnchor="margin" w:tblpY="1059"/>
        <w:tblW w:w="0" w:type="auto"/>
        <w:tblLayout w:type="fixed"/>
        <w:tblLook w:val="04A0" w:firstRow="1" w:lastRow="0" w:firstColumn="1" w:lastColumn="0" w:noHBand="0" w:noVBand="1"/>
      </w:tblPr>
      <w:tblGrid>
        <w:gridCol w:w="9876"/>
      </w:tblGrid>
      <w:tr w:rsidR="0015797F" w:rsidRPr="00DE7495" w14:paraId="0E49AB14" w14:textId="77777777" w:rsidTr="0015797F">
        <w:trPr>
          <w:trHeight w:val="767"/>
        </w:trPr>
        <w:tc>
          <w:tcPr>
            <w:tcW w:w="9876" w:type="dxa"/>
            <w:vAlign w:val="center"/>
          </w:tcPr>
          <w:p w14:paraId="23910A6D" w14:textId="78002E95" w:rsidR="0015797F" w:rsidRPr="0015797F" w:rsidRDefault="0015797F" w:rsidP="0015797F">
            <w:pPr>
              <w:rPr>
                <w:rFonts w:ascii="Verdana" w:hAnsi="Verdana"/>
                <w:lang w:val="de-CH"/>
              </w:rPr>
            </w:pPr>
            <w:r w:rsidRPr="0015797F">
              <w:rPr>
                <w:rFonts w:ascii="Segoe UI Symbol" w:hAnsi="Segoe UI Symbol" w:cs="Segoe UI Symbol"/>
                <w:lang w:val="de-CH"/>
              </w:rPr>
              <w:t>☐</w:t>
            </w:r>
            <w:r w:rsidRPr="0015797F">
              <w:rPr>
                <w:rFonts w:ascii="Verdana" w:hAnsi="Verdana"/>
                <w:lang w:val="de-CH"/>
              </w:rPr>
              <w:t xml:space="preserve"> Die Familie wurde über die Anmeldung informiert.</w:t>
            </w:r>
          </w:p>
        </w:tc>
      </w:tr>
      <w:tr w:rsidR="0015797F" w:rsidRPr="00DE7495" w14:paraId="7325E5CA" w14:textId="77777777" w:rsidTr="0015797F">
        <w:trPr>
          <w:trHeight w:val="756"/>
        </w:trPr>
        <w:tc>
          <w:tcPr>
            <w:tcW w:w="9876" w:type="dxa"/>
            <w:vAlign w:val="center"/>
          </w:tcPr>
          <w:p w14:paraId="3B34C993" w14:textId="75BF6E2D" w:rsidR="0015797F" w:rsidRPr="0015797F" w:rsidRDefault="0015797F" w:rsidP="0015797F">
            <w:pPr>
              <w:rPr>
                <w:rFonts w:ascii="Verdana" w:hAnsi="Verdana"/>
                <w:lang w:val="de-CH"/>
              </w:rPr>
            </w:pPr>
            <w:r w:rsidRPr="0015797F">
              <w:rPr>
                <w:rFonts w:ascii="Segoe UI Symbol" w:hAnsi="Segoe UI Symbol" w:cs="Segoe UI Symbol"/>
                <w:lang w:val="de-CH"/>
              </w:rPr>
              <w:t>☐</w:t>
            </w:r>
            <w:r w:rsidRPr="0015797F">
              <w:rPr>
                <w:rFonts w:ascii="Verdana" w:hAnsi="Verdana"/>
                <w:lang w:val="de-CH"/>
              </w:rPr>
              <w:t xml:space="preserve"> Die Familie wurde über das Angebot und die Rahmenbedingungen informiert.</w:t>
            </w:r>
          </w:p>
        </w:tc>
      </w:tr>
      <w:tr w:rsidR="0015797F" w:rsidRPr="00DE7495" w14:paraId="222D9E36" w14:textId="77777777" w:rsidTr="0015797F">
        <w:trPr>
          <w:trHeight w:val="767"/>
        </w:trPr>
        <w:tc>
          <w:tcPr>
            <w:tcW w:w="9876" w:type="dxa"/>
            <w:vAlign w:val="center"/>
          </w:tcPr>
          <w:p w14:paraId="0FED6AF9" w14:textId="468A954A" w:rsidR="0015797F" w:rsidRPr="0015797F" w:rsidRDefault="0015797F" w:rsidP="0015797F">
            <w:pPr>
              <w:rPr>
                <w:rFonts w:ascii="Verdana" w:hAnsi="Verdana"/>
                <w:lang w:val="de-CH"/>
              </w:rPr>
            </w:pPr>
            <w:r w:rsidRPr="0015797F">
              <w:rPr>
                <w:rFonts w:ascii="Segoe UI Symbol" w:hAnsi="Segoe UI Symbol" w:cs="Segoe UI Symbol"/>
                <w:lang w:val="de-CH"/>
              </w:rPr>
              <w:t>☐</w:t>
            </w:r>
            <w:r w:rsidRPr="0015797F">
              <w:rPr>
                <w:rFonts w:ascii="Verdana" w:hAnsi="Verdana"/>
                <w:lang w:val="de-CH"/>
              </w:rPr>
              <w:t xml:space="preserve"> Die auftraggebende Stelle bestätigt die Richtigkeit der Angaben.</w:t>
            </w:r>
          </w:p>
        </w:tc>
      </w:tr>
      <w:tr w:rsidR="0015797F" w:rsidRPr="00DE7495" w14:paraId="70E32D19" w14:textId="77777777" w:rsidTr="0015797F">
        <w:trPr>
          <w:trHeight w:val="756"/>
        </w:trPr>
        <w:tc>
          <w:tcPr>
            <w:tcW w:w="9876" w:type="dxa"/>
            <w:vAlign w:val="center"/>
          </w:tcPr>
          <w:p w14:paraId="4B1B4998" w14:textId="67973F51" w:rsidR="0015797F" w:rsidRPr="0015797F" w:rsidRDefault="0015797F" w:rsidP="0015797F">
            <w:pPr>
              <w:rPr>
                <w:rFonts w:ascii="Verdana" w:hAnsi="Verdana"/>
                <w:lang w:val="de-CH"/>
              </w:rPr>
            </w:pPr>
            <w:r w:rsidRPr="0015797F">
              <w:rPr>
                <w:rFonts w:ascii="Segoe UI Symbol" w:hAnsi="Segoe UI Symbol" w:cs="Segoe UI Symbol"/>
                <w:lang w:val="de-CH"/>
              </w:rPr>
              <w:t>☐</w:t>
            </w:r>
            <w:r w:rsidRPr="0015797F">
              <w:rPr>
                <w:rFonts w:ascii="Verdana" w:hAnsi="Verdana"/>
                <w:lang w:val="de-CH"/>
              </w:rPr>
              <w:t xml:space="preserve"> Die Kostenregelung wurde zur Kenntnis genommen.</w:t>
            </w:r>
          </w:p>
        </w:tc>
      </w:tr>
    </w:tbl>
    <w:p w14:paraId="4DB391CE" w14:textId="68A10159" w:rsidR="00AC14F3" w:rsidRPr="00DE7495" w:rsidRDefault="00000000" w:rsidP="0015797F">
      <w:pPr>
        <w:spacing w:after="120"/>
        <w:jc w:val="both"/>
        <w:rPr>
          <w:rFonts w:ascii="Verdana" w:hAnsi="Verdana"/>
          <w:lang w:val="de-CH"/>
        </w:rPr>
      </w:pPr>
      <w:r w:rsidRPr="0015797F">
        <w:rPr>
          <w:rFonts w:ascii="Verdana" w:hAnsi="Verdana"/>
          <w:lang w:val="de-CH"/>
        </w:rPr>
        <w:t xml:space="preserve">Die Familie wird durch die auftraggebende Stelle über das Angebot und die Anmeldung informiert. </w:t>
      </w:r>
      <w:r w:rsidR="00DE7495" w:rsidRPr="00DE7495">
        <w:rPr>
          <w:rFonts w:ascii="Verdana" w:hAnsi="Verdana"/>
          <w:lang w:val="de-CH"/>
        </w:rPr>
        <w:t>Erstgespräche und fachliche Abklärungen ohne Auftrag werden mit einer Mindestpauschale von CHF 300.– verrechnet. Übersteigt der effektive Aufwand diesen Betrag, erfolgt die Abrechnung nach effektivem Aufwand gemäss dem jeweils aktuellen Tarif.</w:t>
      </w:r>
    </w:p>
    <w:tbl>
      <w:tblPr>
        <w:tblW w:w="0" w:type="auto"/>
        <w:jc w:val="center"/>
        <w:tblLook w:val="04A0" w:firstRow="1" w:lastRow="0" w:firstColumn="1" w:lastColumn="0" w:noHBand="0" w:noVBand="1"/>
      </w:tblPr>
      <w:tblGrid>
        <w:gridCol w:w="5100"/>
        <w:gridCol w:w="5100"/>
      </w:tblGrid>
      <w:tr w:rsidR="00AC14F3" w:rsidRPr="00DE7495" w14:paraId="3075AB2B" w14:textId="77777777">
        <w:trPr>
          <w:jc w:val="center"/>
        </w:trPr>
        <w:tc>
          <w:tcPr>
            <w:tcW w:w="5100" w:type="dxa"/>
            <w:vAlign w:val="center"/>
          </w:tcPr>
          <w:p w14:paraId="7CED5FFA" w14:textId="4DFDE6BF" w:rsidR="00AC14F3" w:rsidRPr="00DE7495" w:rsidRDefault="00000000">
            <w:pPr>
              <w:rPr>
                <w:rFonts w:ascii="Verdana" w:hAnsi="Verdana"/>
                <w:lang w:val="de-CH"/>
              </w:rPr>
            </w:pPr>
            <w:r w:rsidRPr="00DE7495">
              <w:rPr>
                <w:rFonts w:ascii="Verdana" w:hAnsi="Verdana"/>
                <w:lang w:val="de-CH"/>
              </w:rPr>
              <w:br/>
            </w:r>
          </w:p>
        </w:tc>
        <w:tc>
          <w:tcPr>
            <w:tcW w:w="5100" w:type="dxa"/>
            <w:vAlign w:val="center"/>
          </w:tcPr>
          <w:p w14:paraId="3987F959" w14:textId="77777777" w:rsidR="00AC14F3" w:rsidRPr="00DE7495" w:rsidRDefault="00000000">
            <w:pPr>
              <w:rPr>
                <w:rFonts w:ascii="Verdana" w:hAnsi="Verdana"/>
                <w:lang w:val="de-CH"/>
              </w:rPr>
            </w:pPr>
            <w:r w:rsidRPr="00DE7495">
              <w:rPr>
                <w:rFonts w:ascii="Verdana" w:hAnsi="Verdana"/>
                <w:lang w:val="de-CH"/>
              </w:rPr>
              <w:br/>
            </w:r>
            <w:r w:rsidRPr="00DE7495">
              <w:rPr>
                <w:rFonts w:ascii="Verdana" w:hAnsi="Verdana"/>
                <w:lang w:val="de-CH"/>
              </w:rPr>
              <w:br/>
            </w:r>
          </w:p>
        </w:tc>
      </w:tr>
      <w:tr w:rsidR="00AC14F3" w:rsidRPr="0015797F" w14:paraId="6CA0E5AE" w14:textId="77777777">
        <w:trPr>
          <w:jc w:val="center"/>
        </w:trPr>
        <w:tc>
          <w:tcPr>
            <w:tcW w:w="5100" w:type="dxa"/>
            <w:vAlign w:val="center"/>
          </w:tcPr>
          <w:p w14:paraId="2D345050" w14:textId="77777777" w:rsidR="00AC14F3" w:rsidRPr="0015797F" w:rsidRDefault="00000000">
            <w:pPr>
              <w:rPr>
                <w:rFonts w:ascii="Verdana" w:hAnsi="Verdana"/>
                <w:szCs w:val="20"/>
              </w:rPr>
            </w:pPr>
            <w:r w:rsidRPr="0015797F">
              <w:rPr>
                <w:rFonts w:ascii="Verdana" w:hAnsi="Verdana"/>
                <w:szCs w:val="20"/>
              </w:rPr>
              <w:t>Ort / Datum</w:t>
            </w:r>
            <w:r w:rsidRPr="0015797F">
              <w:rPr>
                <w:rFonts w:ascii="Verdana" w:hAnsi="Verdana"/>
                <w:szCs w:val="20"/>
              </w:rPr>
              <w:br/>
            </w:r>
            <w:r w:rsidRPr="0015797F">
              <w:rPr>
                <w:rFonts w:ascii="Verdana" w:hAnsi="Verdana"/>
                <w:szCs w:val="20"/>
              </w:rPr>
              <w:br/>
            </w:r>
          </w:p>
        </w:tc>
        <w:tc>
          <w:tcPr>
            <w:tcW w:w="5100" w:type="dxa"/>
            <w:vAlign w:val="center"/>
          </w:tcPr>
          <w:p w14:paraId="4AF9CFAC" w14:textId="77777777" w:rsidR="00AC14F3" w:rsidRPr="0015797F" w:rsidRDefault="00000000">
            <w:pPr>
              <w:rPr>
                <w:rFonts w:ascii="Verdana" w:hAnsi="Verdana"/>
                <w:szCs w:val="20"/>
              </w:rPr>
            </w:pPr>
            <w:r w:rsidRPr="0015797F">
              <w:rPr>
                <w:rFonts w:ascii="Verdana" w:hAnsi="Verdana"/>
                <w:szCs w:val="20"/>
              </w:rPr>
              <w:t>Ort / Datum</w:t>
            </w:r>
            <w:r w:rsidRPr="0015797F">
              <w:rPr>
                <w:rFonts w:ascii="Verdana" w:hAnsi="Verdana"/>
                <w:szCs w:val="20"/>
              </w:rPr>
              <w:br/>
            </w:r>
            <w:r w:rsidRPr="0015797F">
              <w:rPr>
                <w:rFonts w:ascii="Verdana" w:hAnsi="Verdana"/>
                <w:szCs w:val="20"/>
              </w:rPr>
              <w:br/>
            </w:r>
          </w:p>
        </w:tc>
      </w:tr>
    </w:tbl>
    <w:p w14:paraId="73982923" w14:textId="77777777" w:rsidR="00D3205E" w:rsidRDefault="00D3205E"/>
    <w:sectPr w:rsidR="00D3205E" w:rsidSect="0015797F">
      <w:headerReference w:type="default" r:id="rId8"/>
      <w:footerReference w:type="default" r:id="rId9"/>
      <w:pgSz w:w="12240" w:h="15840"/>
      <w:pgMar w:top="964" w:right="1020" w:bottom="964" w:left="1020" w:header="85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CBBCA" w14:textId="77777777" w:rsidR="00B806A6" w:rsidRDefault="00B806A6">
      <w:pPr>
        <w:spacing w:after="0" w:line="240" w:lineRule="auto"/>
      </w:pPr>
      <w:r>
        <w:separator/>
      </w:r>
    </w:p>
  </w:endnote>
  <w:endnote w:type="continuationSeparator" w:id="0">
    <w:p w14:paraId="24A97473" w14:textId="77777777" w:rsidR="00B806A6" w:rsidRDefault="00B80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Bahnschrift SemiLight Condensed">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DA962" w14:textId="77777777" w:rsidR="00617602" w:rsidRPr="00617602" w:rsidRDefault="00617602" w:rsidP="00617602">
    <w:pPr>
      <w:tabs>
        <w:tab w:val="center" w:pos="4677"/>
        <w:tab w:val="right" w:pos="9355"/>
      </w:tabs>
      <w:spacing w:after="0" w:line="240" w:lineRule="auto"/>
      <w:jc w:val="center"/>
      <w:rPr>
        <w:rFonts w:ascii="Bahnschrift SemiLight Condensed" w:eastAsia="Calibri" w:hAnsi="Bahnschrift SemiLight Condensed" w:cs="Tahoma"/>
        <w:color w:val="4297A8"/>
        <w:kern w:val="2"/>
        <w:sz w:val="16"/>
        <w:szCs w:val="16"/>
        <w:lang w:val="de-DE"/>
        <w14:ligatures w14:val="standardContextual"/>
      </w:rPr>
    </w:pPr>
    <w:r w:rsidRPr="00617602">
      <w:rPr>
        <w:rFonts w:ascii="Bahnschrift SemiLight Condensed" w:eastAsia="Calibri" w:hAnsi="Bahnschrift SemiLight Condensed" w:cs="Tahoma"/>
        <w:color w:val="4297A8"/>
        <w:kern w:val="2"/>
        <w:sz w:val="16"/>
        <w:szCs w:val="16"/>
        <w:lang w:val="de-DE"/>
        <w14:ligatures w14:val="standardContextual"/>
      </w:rPr>
      <w:t xml:space="preserve">Pangea Beratung, Hauptsitz: </w:t>
    </w:r>
    <w:proofErr w:type="spellStart"/>
    <w:r w:rsidRPr="00617602">
      <w:rPr>
        <w:rFonts w:ascii="Bahnschrift SemiLight Condensed" w:eastAsia="Calibri" w:hAnsi="Bahnschrift SemiLight Condensed" w:cs="Tahoma"/>
        <w:color w:val="4297A8"/>
        <w:kern w:val="2"/>
        <w:sz w:val="16"/>
        <w:szCs w:val="16"/>
        <w:lang w:val="de-DE"/>
        <w14:ligatures w14:val="standardContextual"/>
      </w:rPr>
      <w:t>Hübelistrasse</w:t>
    </w:r>
    <w:proofErr w:type="spellEnd"/>
    <w:r w:rsidRPr="00617602">
      <w:rPr>
        <w:rFonts w:ascii="Bahnschrift SemiLight Condensed" w:eastAsia="Calibri" w:hAnsi="Bahnschrift SemiLight Condensed" w:cs="Tahoma"/>
        <w:color w:val="4297A8"/>
        <w:kern w:val="2"/>
        <w:sz w:val="16"/>
        <w:szCs w:val="16"/>
        <w:lang w:val="de-DE"/>
        <w14:ligatures w14:val="standardContextual"/>
      </w:rPr>
      <w:t xml:space="preserve"> 26, 4600 Olten, Standort Bern: </w:t>
    </w:r>
    <w:proofErr w:type="spellStart"/>
    <w:r w:rsidRPr="00617602">
      <w:rPr>
        <w:rFonts w:ascii="Bahnschrift SemiLight Condensed" w:eastAsia="Calibri" w:hAnsi="Bahnschrift SemiLight Condensed" w:cs="Tahoma"/>
        <w:color w:val="4297A8"/>
        <w:kern w:val="2"/>
        <w:sz w:val="16"/>
        <w:szCs w:val="16"/>
        <w:lang w:val="de-DE"/>
        <w14:ligatures w14:val="standardContextual"/>
      </w:rPr>
      <w:t>Waldeggstrasse</w:t>
    </w:r>
    <w:proofErr w:type="spellEnd"/>
    <w:r w:rsidRPr="00617602">
      <w:rPr>
        <w:rFonts w:ascii="Bahnschrift SemiLight Condensed" w:eastAsia="Calibri" w:hAnsi="Bahnschrift SemiLight Condensed" w:cs="Tahoma"/>
        <w:color w:val="4297A8"/>
        <w:kern w:val="2"/>
        <w:sz w:val="16"/>
        <w:szCs w:val="16"/>
        <w:lang w:val="de-DE"/>
        <w14:ligatures w14:val="standardContextual"/>
      </w:rPr>
      <w:t xml:space="preserve"> 34, 3097 Liebefeld, +41 62 212 34 26, info@pangea-beratung.ch</w:t>
    </w:r>
  </w:p>
  <w:p w14:paraId="31C68DBF" w14:textId="2E690866" w:rsidR="0015797F" w:rsidRPr="00617602" w:rsidRDefault="0015797F" w:rsidP="00617602">
    <w:pPr>
      <w:pStyle w:val="Fuzeile"/>
      <w:jc w:val="center"/>
      <w:rPr>
        <w:rFonts w:ascii="Tahoma" w:hAnsi="Tahoma" w:cs="Tahoma"/>
        <w:szCs w:val="20"/>
        <w:lang w:val="de-DE"/>
      </w:rPr>
    </w:pPr>
  </w:p>
  <w:p w14:paraId="0FBAF023" w14:textId="2938AC29" w:rsidR="00AC14F3" w:rsidRPr="0015797F" w:rsidRDefault="00AC14F3">
    <w:pPr>
      <w:pStyle w:val="Fuzeile"/>
      <w:jc w:val="center"/>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B3F0B" w14:textId="77777777" w:rsidR="00B806A6" w:rsidRDefault="00B806A6">
      <w:pPr>
        <w:spacing w:after="0" w:line="240" w:lineRule="auto"/>
      </w:pPr>
      <w:r>
        <w:separator/>
      </w:r>
    </w:p>
  </w:footnote>
  <w:footnote w:type="continuationSeparator" w:id="0">
    <w:p w14:paraId="33AC2657" w14:textId="77777777" w:rsidR="00B806A6" w:rsidRDefault="00B80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E3EE" w14:textId="3FD4EAF4" w:rsidR="0015797F" w:rsidRDefault="0015797F">
    <w:pPr>
      <w:pStyle w:val="Kopfzeile"/>
    </w:pPr>
    <w:r>
      <w:rPr>
        <w:noProof/>
      </w:rPr>
      <w:drawing>
        <wp:anchor distT="0" distB="0" distL="114300" distR="114300" simplePos="0" relativeHeight="251665920" behindDoc="1" locked="0" layoutInCell="1" allowOverlap="1" wp14:anchorId="66465AA5" wp14:editId="7C89FA61">
          <wp:simplePos x="0" y="0"/>
          <wp:positionH relativeFrom="column">
            <wp:posOffset>5689600</wp:posOffset>
          </wp:positionH>
          <wp:positionV relativeFrom="paragraph">
            <wp:posOffset>-266700</wp:posOffset>
          </wp:positionV>
          <wp:extent cx="1177611" cy="411400"/>
          <wp:effectExtent l="0" t="0" r="381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
                    <a:extLst>
                      <a:ext uri="{28A0092B-C50C-407E-A947-70E740481C1C}">
                        <a14:useLocalDpi xmlns:a14="http://schemas.microsoft.com/office/drawing/2010/main" val="0"/>
                      </a:ext>
                    </a:extLst>
                  </a:blip>
                  <a:stretch>
                    <a:fillRect/>
                  </a:stretch>
                </pic:blipFill>
                <pic:spPr>
                  <a:xfrm>
                    <a:off x="0" y="0"/>
                    <a:ext cx="1177611" cy="411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161967948">
    <w:abstractNumId w:val="8"/>
  </w:num>
  <w:num w:numId="2" w16cid:durableId="2102141365">
    <w:abstractNumId w:val="6"/>
  </w:num>
  <w:num w:numId="3" w16cid:durableId="401178483">
    <w:abstractNumId w:val="5"/>
  </w:num>
  <w:num w:numId="4" w16cid:durableId="1479686914">
    <w:abstractNumId w:val="4"/>
  </w:num>
  <w:num w:numId="5" w16cid:durableId="222328845">
    <w:abstractNumId w:val="7"/>
  </w:num>
  <w:num w:numId="6" w16cid:durableId="1718315308">
    <w:abstractNumId w:val="3"/>
  </w:num>
  <w:num w:numId="7" w16cid:durableId="428156564">
    <w:abstractNumId w:val="2"/>
  </w:num>
  <w:num w:numId="8" w16cid:durableId="2002466967">
    <w:abstractNumId w:val="1"/>
  </w:num>
  <w:num w:numId="9" w16cid:durableId="1348209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67C"/>
    <w:rsid w:val="00034616"/>
    <w:rsid w:val="0006063C"/>
    <w:rsid w:val="0015074B"/>
    <w:rsid w:val="0015797F"/>
    <w:rsid w:val="0029639D"/>
    <w:rsid w:val="00326F90"/>
    <w:rsid w:val="005C3E89"/>
    <w:rsid w:val="00605121"/>
    <w:rsid w:val="00617602"/>
    <w:rsid w:val="00851531"/>
    <w:rsid w:val="00AA1D8D"/>
    <w:rsid w:val="00AC14F3"/>
    <w:rsid w:val="00B47730"/>
    <w:rsid w:val="00B806A6"/>
    <w:rsid w:val="00CB0664"/>
    <w:rsid w:val="00CE1D4B"/>
    <w:rsid w:val="00D3205E"/>
    <w:rsid w:val="00DE7495"/>
    <w:rsid w:val="00E004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71C441"/>
  <w14:defaultImageDpi w14:val="300"/>
  <w15:docId w15:val="{B6F8BB04-6797-4653-8CC2-A662EFC9A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394</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konstantin schmidt</cp:lastModifiedBy>
  <cp:revision>2</cp:revision>
  <dcterms:created xsi:type="dcterms:W3CDTF">2026-09-17T08:36:00Z</dcterms:created>
  <dcterms:modified xsi:type="dcterms:W3CDTF">2026-09-17T08:36:00Z</dcterms:modified>
  <cp:category/>
</cp:coreProperties>
</file>